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986EB" w14:textId="77777777" w:rsidR="00CF20F2" w:rsidRDefault="00CF20F2" w:rsidP="00CF20F2">
      <w:pPr>
        <w:spacing w:line="100" w:lineRule="atLeast"/>
        <w:jc w:val="center"/>
        <w:rPr>
          <w:rFonts w:ascii="Kunstler Script" w:eastAsia="Kunstler Script" w:hAnsi="Kunstler Script" w:cs="Kunstler Script"/>
          <w:sz w:val="52"/>
        </w:rPr>
      </w:pPr>
      <w:r w:rsidRPr="00BB6720">
        <w:rPr>
          <w:rFonts w:ascii="Garamond" w:hAnsi="Garamond"/>
          <w:noProof/>
        </w:rPr>
        <w:drawing>
          <wp:inline distT="0" distB="0" distL="0" distR="0" wp14:anchorId="61153060" wp14:editId="04EDBD80">
            <wp:extent cx="477520" cy="511810"/>
            <wp:effectExtent l="0" t="0" r="0" b="2540"/>
            <wp:docPr id="15884921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11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9B58C" w14:textId="77777777" w:rsidR="00CF20F2" w:rsidRPr="00622544" w:rsidRDefault="00CF20F2" w:rsidP="00CF20F2">
      <w:pPr>
        <w:pStyle w:val="A4"/>
        <w:spacing w:after="120"/>
        <w:ind w:left="0" w:right="0"/>
        <w:rPr>
          <w:rFonts w:ascii="Garamond" w:hAnsi="Garamond" w:cs="Calibri"/>
          <w:sz w:val="24"/>
          <w:szCs w:val="24"/>
        </w:rPr>
      </w:pPr>
      <w:r w:rsidRPr="00622544">
        <w:rPr>
          <w:rFonts w:ascii="Garamond" w:hAnsi="Garamond"/>
          <w:sz w:val="24"/>
          <w:szCs w:val="24"/>
        </w:rPr>
        <w:t>Ministero della cultura</w:t>
      </w:r>
    </w:p>
    <w:p w14:paraId="6FA67CF8" w14:textId="77777777" w:rsidR="00CF20F2" w:rsidRPr="00622544" w:rsidRDefault="00CF20F2" w:rsidP="00CF20F2">
      <w:pPr>
        <w:pStyle w:val="A3"/>
        <w:tabs>
          <w:tab w:val="clear" w:pos="2268"/>
        </w:tabs>
        <w:ind w:left="0" w:right="-1"/>
        <w:rPr>
          <w:rFonts w:ascii="Garamond" w:hAnsi="Garamond"/>
          <w:sz w:val="24"/>
          <w:szCs w:val="24"/>
        </w:rPr>
      </w:pPr>
      <w:r w:rsidRPr="00622544">
        <w:rPr>
          <w:rFonts w:ascii="Garamond" w:hAnsi="Garamond"/>
          <w:sz w:val="24"/>
          <w:szCs w:val="24"/>
        </w:rPr>
        <w:t>ARCHIVIO DI STATO DI BERGAMO</w:t>
      </w:r>
    </w:p>
    <w:p w14:paraId="46CBAF3D" w14:textId="3A17384C" w:rsidR="00CF20F2" w:rsidRPr="003F6889" w:rsidRDefault="00784443" w:rsidP="003F6889">
      <w:pPr>
        <w:pStyle w:val="Titolo1"/>
        <w:spacing w:before="0"/>
        <w:jc w:val="center"/>
        <w:rPr>
          <w:rFonts w:ascii="Verdana" w:hAnsi="Verdana"/>
        </w:rPr>
      </w:pPr>
      <w:r w:rsidRPr="002F1404">
        <w:rPr>
          <w:rFonts w:ascii="Verdana" w:hAnsi="Verdana"/>
          <w:color w:val="003366"/>
          <w:sz w:val="32"/>
          <w:lang w:val="it-IT"/>
        </w:rPr>
        <w:br/>
      </w:r>
      <w:r w:rsidRPr="003F6889">
        <w:rPr>
          <w:rFonts w:ascii="Verdana" w:hAnsi="Verdana"/>
        </w:rPr>
        <w:t>MODULO DI RICHIESTA DI</w:t>
      </w:r>
    </w:p>
    <w:p w14:paraId="66D32CE4" w14:textId="3F65FDF0" w:rsidR="000D4A7D" w:rsidRPr="003F6889" w:rsidRDefault="00784443" w:rsidP="003F6889">
      <w:pPr>
        <w:pStyle w:val="Titolo1"/>
        <w:spacing w:before="0"/>
        <w:jc w:val="center"/>
        <w:rPr>
          <w:rFonts w:ascii="Verdana" w:hAnsi="Verdana"/>
        </w:rPr>
      </w:pPr>
      <w:r w:rsidRPr="003F6889">
        <w:rPr>
          <w:rFonts w:ascii="Verdana" w:hAnsi="Verdana"/>
        </w:rPr>
        <w:t>RICERCA PER CORRISPONDENZA</w:t>
      </w:r>
      <w:r w:rsidR="002F1404" w:rsidRPr="003F6889">
        <w:rPr>
          <w:rFonts w:ascii="Verdana" w:hAnsi="Verdana"/>
        </w:rPr>
        <w:t xml:space="preserve"> E FOTORIPRODUZIONE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9"/>
      </w:tblGrid>
      <w:tr w:rsidR="000D4A7D" w:rsidRPr="002F1404" w14:paraId="0EFD692C" w14:textId="77777777" w:rsidTr="00FF45E3">
        <w:tc>
          <w:tcPr>
            <w:tcW w:w="9639" w:type="dxa"/>
          </w:tcPr>
          <w:p w14:paraId="6ABE5562" w14:textId="77777777" w:rsidR="00FF45E3" w:rsidRDefault="00FF45E3" w:rsidP="001D2906">
            <w:pPr>
              <w:spacing w:after="40"/>
              <w:rPr>
                <w:rFonts w:ascii="Verdana" w:hAnsi="Verdana"/>
                <w:lang w:val="it-IT"/>
              </w:rPr>
            </w:pPr>
          </w:p>
          <w:p w14:paraId="59E3058F" w14:textId="0A43EBEB" w:rsidR="001D2906" w:rsidRPr="002F1404" w:rsidRDefault="001D2906" w:rsidP="001D2906">
            <w:pPr>
              <w:spacing w:after="40"/>
              <w:rPr>
                <w:rFonts w:ascii="Verdana" w:hAnsi="Verdana"/>
                <w:lang w:val="it-IT"/>
              </w:rPr>
            </w:pPr>
            <w:r w:rsidRPr="002F1404">
              <w:rPr>
                <w:rFonts w:ascii="Verdana" w:hAnsi="Verdana"/>
                <w:lang w:val="it-IT"/>
              </w:rPr>
              <w:t>L’utente può richiedere uno dei seguenti servizi:</w:t>
            </w:r>
          </w:p>
          <w:p w14:paraId="13779936" w14:textId="45E6A190" w:rsidR="00461529" w:rsidRPr="00ED726B" w:rsidRDefault="001D2906" w:rsidP="00FF45E3">
            <w:pPr>
              <w:spacing w:after="40" w:line="240" w:lineRule="auto"/>
              <w:rPr>
                <w:rFonts w:ascii="Verdana" w:hAnsi="Verdana"/>
                <w:lang w:val="it-IT"/>
              </w:rPr>
            </w:pPr>
            <w:r w:rsidRPr="00FF45E3">
              <w:rPr>
                <w:rFonts w:ascii="Verdana" w:hAnsi="Verdana"/>
                <w:b/>
                <w:bCs/>
                <w:lang w:val="it-IT"/>
              </w:rPr>
              <w:t>Ricerca per corrispondenza</w:t>
            </w:r>
            <w:r w:rsidR="00461529" w:rsidRPr="00FF45E3">
              <w:rPr>
                <w:rFonts w:ascii="Verdana" w:hAnsi="Verdana"/>
                <w:b/>
                <w:bCs/>
                <w:lang w:val="it-IT"/>
              </w:rPr>
              <w:t xml:space="preserve"> (una sola ricerca per modulo):</w:t>
            </w:r>
          </w:p>
          <w:p w14:paraId="20B147BA" w14:textId="2A1EC96B" w:rsidR="003F6889" w:rsidRPr="003F6889" w:rsidRDefault="00461529" w:rsidP="003F6889">
            <w:pPr>
              <w:pStyle w:val="Paragrafoelenco"/>
              <w:numPr>
                <w:ilvl w:val="0"/>
                <w:numId w:val="10"/>
              </w:numPr>
              <w:spacing w:after="40" w:line="240" w:lineRule="auto"/>
              <w:rPr>
                <w:rFonts w:ascii="Verdana" w:hAnsi="Verdana"/>
                <w:lang w:val="it-IT"/>
              </w:rPr>
            </w:pPr>
            <w:r w:rsidRPr="00ED726B">
              <w:rPr>
                <w:rFonts w:ascii="Verdana" w:hAnsi="Verdana"/>
                <w:lang w:val="it-IT"/>
              </w:rPr>
              <w:t>di un documento, con eventuale trasmissione di copia digitale dello stesso</w:t>
            </w:r>
            <w:r w:rsidR="003F6889">
              <w:rPr>
                <w:rFonts w:ascii="Verdana" w:hAnsi="Verdana"/>
                <w:lang w:val="it-IT"/>
              </w:rPr>
              <w:t>;</w:t>
            </w:r>
          </w:p>
          <w:p w14:paraId="76BD03F2" w14:textId="473E6663" w:rsidR="003F6889" w:rsidRPr="003F6889" w:rsidRDefault="003F6889" w:rsidP="003F6889">
            <w:pPr>
              <w:pStyle w:val="Paragrafoelenco"/>
              <w:numPr>
                <w:ilvl w:val="0"/>
                <w:numId w:val="10"/>
              </w:numPr>
              <w:spacing w:after="40" w:line="240" w:lineRule="auto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t>su</w:t>
            </w:r>
            <w:r w:rsidRPr="003F6889">
              <w:rPr>
                <w:rFonts w:ascii="Verdana" w:hAnsi="Verdana"/>
                <w:lang w:val="it-IT"/>
              </w:rPr>
              <w:t xml:space="preserve"> un argomento specifico</w:t>
            </w:r>
            <w:r>
              <w:rPr>
                <w:rFonts w:ascii="Verdana" w:hAnsi="Verdana"/>
                <w:lang w:val="it-IT"/>
              </w:rPr>
              <w:t>.</w:t>
            </w:r>
          </w:p>
          <w:p w14:paraId="43FB261F" w14:textId="4C4D49A8" w:rsidR="00461529" w:rsidRPr="008F1D71" w:rsidRDefault="00461529" w:rsidP="003F6889">
            <w:pPr>
              <w:pStyle w:val="Paragrafoelenco"/>
              <w:spacing w:after="40" w:line="240" w:lineRule="auto"/>
              <w:rPr>
                <w:rFonts w:ascii="Verdana" w:hAnsi="Verdana"/>
                <w:sz w:val="6"/>
                <w:szCs w:val="6"/>
                <w:lang w:val="it-IT"/>
              </w:rPr>
            </w:pPr>
          </w:p>
          <w:p w14:paraId="14F25E30" w14:textId="77777777" w:rsidR="00461529" w:rsidRPr="00FF45E3" w:rsidRDefault="00461529" w:rsidP="00FF45E3">
            <w:pPr>
              <w:spacing w:after="40" w:line="240" w:lineRule="auto"/>
              <w:rPr>
                <w:rFonts w:ascii="Verdana" w:hAnsi="Verdana"/>
              </w:rPr>
            </w:pPr>
            <w:proofErr w:type="spellStart"/>
            <w:r w:rsidRPr="00FF45E3">
              <w:rPr>
                <w:rFonts w:ascii="Verdana" w:hAnsi="Verdana"/>
                <w:b/>
                <w:bCs/>
              </w:rPr>
              <w:t>Fotoriproduzione</w:t>
            </w:r>
            <w:proofErr w:type="spellEnd"/>
            <w:r w:rsidRPr="00FF45E3">
              <w:rPr>
                <w:rFonts w:ascii="Verdana" w:hAnsi="Verdana"/>
              </w:rPr>
              <w:t>:</w:t>
            </w:r>
          </w:p>
          <w:p w14:paraId="6B27332C" w14:textId="1F106673" w:rsidR="001D2906" w:rsidRPr="00DE4B76" w:rsidRDefault="003F6889" w:rsidP="00DE4B76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3F6889">
              <w:rPr>
                <w:rFonts w:ascii="Verdana" w:hAnsi="Verdana"/>
              </w:rPr>
              <w:t xml:space="preserve">di uno o </w:t>
            </w:r>
            <w:proofErr w:type="spellStart"/>
            <w:r w:rsidRPr="003F6889">
              <w:rPr>
                <w:rFonts w:ascii="Verdana" w:hAnsi="Verdana"/>
              </w:rPr>
              <w:t>più</w:t>
            </w:r>
            <w:proofErr w:type="spellEnd"/>
            <w:r w:rsidRPr="003F6889">
              <w:rPr>
                <w:rFonts w:ascii="Verdana" w:hAnsi="Verdana"/>
              </w:rPr>
              <w:t xml:space="preserve"> </w:t>
            </w:r>
            <w:proofErr w:type="spellStart"/>
            <w:r w:rsidRPr="003F6889">
              <w:rPr>
                <w:rFonts w:ascii="Verdana" w:hAnsi="Verdana"/>
              </w:rPr>
              <w:t>documenti</w:t>
            </w:r>
            <w:proofErr w:type="spellEnd"/>
            <w:r w:rsidRPr="003F6889">
              <w:rPr>
                <w:rFonts w:ascii="Verdana" w:hAnsi="Verdana"/>
              </w:rPr>
              <w:t xml:space="preserve"> (a </w:t>
            </w:r>
            <w:proofErr w:type="spellStart"/>
            <w:r w:rsidRPr="003F6889">
              <w:rPr>
                <w:rFonts w:ascii="Verdana" w:hAnsi="Verdana"/>
              </w:rPr>
              <w:t>seconda</w:t>
            </w:r>
            <w:proofErr w:type="spellEnd"/>
            <w:r w:rsidRPr="003F6889">
              <w:rPr>
                <w:rFonts w:ascii="Verdana" w:hAnsi="Verdana"/>
              </w:rPr>
              <w:t xml:space="preserve"> della </w:t>
            </w:r>
            <w:proofErr w:type="spellStart"/>
            <w:r w:rsidRPr="003F6889">
              <w:rPr>
                <w:rFonts w:ascii="Verdana" w:hAnsi="Verdana"/>
              </w:rPr>
              <w:t>tipologia</w:t>
            </w:r>
            <w:proofErr w:type="spellEnd"/>
            <w:r w:rsidRPr="003F6889">
              <w:rPr>
                <w:rFonts w:ascii="Verdana" w:hAnsi="Verdana"/>
              </w:rPr>
              <w:t>)</w:t>
            </w:r>
          </w:p>
          <w:p w14:paraId="1967A856" w14:textId="77777777" w:rsidR="008F1D71" w:rsidRDefault="008F1D71">
            <w:pPr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</w:pPr>
          </w:p>
          <w:p w14:paraId="6F38A282" w14:textId="234B4375" w:rsidR="00461529" w:rsidRPr="002F1404" w:rsidRDefault="7FAF41A7">
            <w:pPr>
              <w:rPr>
                <w:rFonts w:ascii="Verdana" w:hAnsi="Verdana"/>
                <w:lang w:val="it-IT"/>
              </w:rPr>
            </w:pPr>
            <w:r w:rsidRPr="003F6889"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  <w:t>ISTRUZIONI</w:t>
            </w:r>
            <w:r w:rsidR="00615738"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  <w:t xml:space="preserve"> (</w:t>
            </w:r>
            <w:proofErr w:type="spellStart"/>
            <w:r w:rsidR="00615738"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  <w:t>vedi</w:t>
            </w:r>
            <w:proofErr w:type="spellEnd"/>
            <w:r w:rsidR="00615738"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  <w:t xml:space="preserve"> </w:t>
            </w:r>
            <w:proofErr w:type="spellStart"/>
            <w:r w:rsidR="00615738"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  <w:t>guida</w:t>
            </w:r>
            <w:proofErr w:type="spellEnd"/>
            <w:r w:rsidR="00615738"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  <w:t xml:space="preserve"> alla </w:t>
            </w:r>
            <w:proofErr w:type="spellStart"/>
            <w:r w:rsidR="00615738"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  <w:t>compilazione</w:t>
            </w:r>
            <w:proofErr w:type="spellEnd"/>
            <w:r w:rsidR="00615738">
              <w:rPr>
                <w:rFonts w:ascii="Verdana" w:eastAsiaTheme="majorEastAsia" w:hAnsi="Verdana" w:cstheme="majorBidi"/>
                <w:color w:val="365F91" w:themeColor="accent1" w:themeShade="BF"/>
                <w:sz w:val="24"/>
                <w:szCs w:val="24"/>
              </w:rPr>
              <w:t>)</w:t>
            </w:r>
            <w:r w:rsidRPr="002F1404">
              <w:rPr>
                <w:rFonts w:ascii="Verdana" w:hAnsi="Verdana"/>
                <w:lang w:val="it-IT"/>
              </w:rPr>
              <w:br/>
              <w:t>• Compilare tutti i campi obbligatori (*)</w:t>
            </w:r>
            <w:r w:rsidRPr="002F1404">
              <w:rPr>
                <w:rFonts w:ascii="Verdana" w:hAnsi="Verdana"/>
                <w:lang w:val="it-IT"/>
              </w:rPr>
              <w:br/>
              <w:t>• Allegare documento d’identità valido</w:t>
            </w:r>
            <w:r w:rsidRPr="002F1404">
              <w:rPr>
                <w:rFonts w:ascii="Verdana" w:hAnsi="Verdana"/>
                <w:lang w:val="it-IT"/>
              </w:rPr>
              <w:br/>
              <w:t>• Per richieste per conto terzi allegare delega e document</w:t>
            </w:r>
            <w:r w:rsidR="00461529" w:rsidRPr="002F1404">
              <w:rPr>
                <w:rFonts w:ascii="Verdana" w:hAnsi="Verdana"/>
                <w:lang w:val="it-IT"/>
              </w:rPr>
              <w:t>o</w:t>
            </w:r>
            <w:r w:rsidRPr="002F1404">
              <w:rPr>
                <w:rFonts w:ascii="Verdana" w:hAnsi="Verdana"/>
                <w:lang w:val="it-IT"/>
              </w:rPr>
              <w:t xml:space="preserve"> di identità</w:t>
            </w:r>
            <w:r w:rsidR="00461529" w:rsidRPr="002F1404">
              <w:rPr>
                <w:rFonts w:ascii="Verdana" w:hAnsi="Verdana"/>
                <w:lang w:val="it-IT"/>
              </w:rPr>
              <w:t xml:space="preserve"> del delegante</w:t>
            </w:r>
            <w:r w:rsidRPr="002F1404">
              <w:rPr>
                <w:rFonts w:ascii="Verdana" w:hAnsi="Verdana"/>
                <w:lang w:val="it-IT"/>
              </w:rPr>
              <w:br/>
              <w:t xml:space="preserve">• Inviare il modulo a </w:t>
            </w:r>
            <w:hyperlink r:id="rId9" w:history="1">
              <w:r w:rsidR="003F6889" w:rsidRPr="00D06255">
                <w:rPr>
                  <w:rStyle w:val="Collegamentoipertestuale"/>
                  <w:rFonts w:ascii="Verdana" w:hAnsi="Verdana"/>
                  <w:lang w:val="it-IT"/>
                </w:rPr>
                <w:t>as-bg@cultura.gov.it</w:t>
              </w:r>
            </w:hyperlink>
            <w:r w:rsidR="003F6889">
              <w:rPr>
                <w:rFonts w:ascii="Verdana" w:hAnsi="Verdana"/>
                <w:lang w:val="it-IT"/>
              </w:rPr>
              <w:t xml:space="preserve"> </w:t>
            </w:r>
            <w:r w:rsidRPr="002F1404">
              <w:rPr>
                <w:rFonts w:ascii="Verdana" w:hAnsi="Verdana"/>
                <w:lang w:val="it-IT"/>
              </w:rPr>
              <w:t xml:space="preserve">con oggetto: </w:t>
            </w:r>
          </w:p>
          <w:p w14:paraId="1BF09A3C" w14:textId="44DA9450" w:rsidR="000D4A7D" w:rsidRDefault="00461529" w:rsidP="003F6889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lang w:val="it-IT"/>
              </w:rPr>
            </w:pPr>
            <w:r w:rsidRPr="002F1404">
              <w:rPr>
                <w:rFonts w:ascii="Verdana" w:hAnsi="Verdana"/>
                <w:lang w:val="it-IT"/>
              </w:rPr>
              <w:t>“</w:t>
            </w:r>
            <w:r w:rsidR="7FAF41A7" w:rsidRPr="002F1404">
              <w:rPr>
                <w:rFonts w:ascii="Verdana" w:hAnsi="Verdana"/>
                <w:lang w:val="it-IT"/>
              </w:rPr>
              <w:t>Richiesta di ricerca per corrispondenza</w:t>
            </w:r>
            <w:r w:rsidRPr="002F1404">
              <w:rPr>
                <w:rFonts w:ascii="Verdana" w:hAnsi="Verdana"/>
                <w:lang w:val="it-IT"/>
              </w:rPr>
              <w:t>”</w:t>
            </w:r>
          </w:p>
          <w:p w14:paraId="7E655B61" w14:textId="79DB5633" w:rsidR="003F6889" w:rsidRPr="003F6889" w:rsidRDefault="003F6889" w:rsidP="003F6889">
            <w:pPr>
              <w:spacing w:after="0" w:line="240" w:lineRule="auto"/>
              <w:ind w:left="360"/>
              <w:rPr>
                <w:rFonts w:ascii="Verdana" w:hAnsi="Verdana"/>
                <w:lang w:val="it-IT"/>
              </w:rPr>
            </w:pPr>
            <w:r w:rsidRPr="003F6889">
              <w:rPr>
                <w:rFonts w:ascii="Verdana" w:hAnsi="Verdana"/>
                <w:lang w:val="it-IT"/>
              </w:rPr>
              <w:t>oppure</w:t>
            </w:r>
          </w:p>
          <w:p w14:paraId="2D138D2F" w14:textId="07457730" w:rsidR="00461529" w:rsidRPr="002F1404" w:rsidRDefault="00461529" w:rsidP="003F6889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lang w:val="it-IT"/>
              </w:rPr>
            </w:pPr>
            <w:r w:rsidRPr="002F1404">
              <w:rPr>
                <w:rFonts w:ascii="Verdana" w:hAnsi="Verdana"/>
                <w:lang w:val="it-IT"/>
              </w:rPr>
              <w:t>“Richiesta di fotoriproduzione”</w:t>
            </w:r>
          </w:p>
        </w:tc>
      </w:tr>
    </w:tbl>
    <w:p w14:paraId="7FB4990A" w14:textId="5A3F183E" w:rsidR="000D4A7D" w:rsidRPr="003F6889" w:rsidRDefault="00784443">
      <w:pPr>
        <w:pStyle w:val="Titolo1"/>
        <w:rPr>
          <w:rFonts w:ascii="Verdana" w:hAnsi="Verdana"/>
          <w:b w:val="0"/>
          <w:bCs w:val="0"/>
          <w:sz w:val="24"/>
          <w:szCs w:val="24"/>
        </w:rPr>
      </w:pPr>
      <w:r w:rsidRPr="003F6889">
        <w:rPr>
          <w:rFonts w:ascii="Verdana" w:hAnsi="Verdana"/>
          <w:b w:val="0"/>
          <w:bCs w:val="0"/>
          <w:sz w:val="24"/>
          <w:szCs w:val="24"/>
        </w:rPr>
        <w:t>DATI DEL RICHIEDENTE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9"/>
        <w:gridCol w:w="6763"/>
      </w:tblGrid>
      <w:tr w:rsidR="000D4A7D" w:rsidRPr="002F1404" w14:paraId="5FDD760E" w14:textId="77777777" w:rsidTr="00461529">
        <w:trPr>
          <w:trHeight w:val="397"/>
        </w:trPr>
        <w:tc>
          <w:tcPr>
            <w:tcW w:w="2972" w:type="dxa"/>
            <w:vAlign w:val="center"/>
          </w:tcPr>
          <w:p w14:paraId="1F2D604B" w14:textId="77777777" w:rsidR="000D4A7D" w:rsidRPr="002F1404" w:rsidRDefault="00784443" w:rsidP="00461529">
            <w:pPr>
              <w:rPr>
                <w:rFonts w:ascii="Verdana" w:hAnsi="Verdana"/>
              </w:rPr>
            </w:pPr>
            <w:proofErr w:type="spellStart"/>
            <w:r w:rsidRPr="002F1404">
              <w:rPr>
                <w:rFonts w:ascii="Verdana" w:hAnsi="Verdana"/>
              </w:rPr>
              <w:t>Cognome</w:t>
            </w:r>
            <w:proofErr w:type="spellEnd"/>
            <w:r w:rsidRPr="002F1404">
              <w:rPr>
                <w:rFonts w:ascii="Verdana" w:hAnsi="Verdana"/>
              </w:rPr>
              <w:t>*</w:t>
            </w:r>
          </w:p>
        </w:tc>
        <w:tc>
          <w:tcPr>
            <w:tcW w:w="6804" w:type="dxa"/>
          </w:tcPr>
          <w:p w14:paraId="672A6659" w14:textId="77777777" w:rsidR="000D4A7D" w:rsidRPr="002F1404" w:rsidRDefault="000D4A7D">
            <w:pPr>
              <w:rPr>
                <w:rFonts w:ascii="Verdana" w:hAnsi="Verdana"/>
              </w:rPr>
            </w:pPr>
          </w:p>
        </w:tc>
      </w:tr>
      <w:tr w:rsidR="000D4A7D" w:rsidRPr="002F1404" w14:paraId="42B7C899" w14:textId="77777777" w:rsidTr="00461529">
        <w:trPr>
          <w:trHeight w:val="397"/>
        </w:trPr>
        <w:tc>
          <w:tcPr>
            <w:tcW w:w="2972" w:type="dxa"/>
            <w:vAlign w:val="center"/>
          </w:tcPr>
          <w:p w14:paraId="7AD6EBFE" w14:textId="77777777" w:rsidR="000D4A7D" w:rsidRPr="002F1404" w:rsidRDefault="00784443" w:rsidP="00461529">
            <w:pPr>
              <w:rPr>
                <w:rFonts w:ascii="Verdana" w:hAnsi="Verdana"/>
              </w:rPr>
            </w:pPr>
            <w:r w:rsidRPr="002F1404">
              <w:rPr>
                <w:rFonts w:ascii="Verdana" w:hAnsi="Verdana"/>
              </w:rPr>
              <w:t>Nome*</w:t>
            </w:r>
          </w:p>
        </w:tc>
        <w:tc>
          <w:tcPr>
            <w:tcW w:w="6804" w:type="dxa"/>
          </w:tcPr>
          <w:p w14:paraId="0A37501D" w14:textId="77777777" w:rsidR="000D4A7D" w:rsidRPr="002F1404" w:rsidRDefault="000D4A7D">
            <w:pPr>
              <w:rPr>
                <w:rFonts w:ascii="Verdana" w:hAnsi="Verdana"/>
              </w:rPr>
            </w:pPr>
          </w:p>
        </w:tc>
      </w:tr>
      <w:tr w:rsidR="000D4A7D" w:rsidRPr="002F1404" w14:paraId="64FCAD37" w14:textId="77777777" w:rsidTr="00461529">
        <w:trPr>
          <w:trHeight w:val="397"/>
        </w:trPr>
        <w:tc>
          <w:tcPr>
            <w:tcW w:w="2972" w:type="dxa"/>
            <w:vAlign w:val="center"/>
          </w:tcPr>
          <w:p w14:paraId="4F3AB612" w14:textId="77777777" w:rsidR="000D4A7D" w:rsidRPr="002F1404" w:rsidRDefault="00784443" w:rsidP="00461529">
            <w:pPr>
              <w:rPr>
                <w:rFonts w:ascii="Verdana" w:hAnsi="Verdana"/>
              </w:rPr>
            </w:pPr>
            <w:proofErr w:type="spellStart"/>
            <w:r w:rsidRPr="002F1404">
              <w:rPr>
                <w:rFonts w:ascii="Verdana" w:hAnsi="Verdana"/>
              </w:rPr>
              <w:t>Indirizzo</w:t>
            </w:r>
            <w:proofErr w:type="spellEnd"/>
            <w:r w:rsidRPr="002F1404">
              <w:rPr>
                <w:rFonts w:ascii="Verdana" w:hAnsi="Verdana"/>
              </w:rPr>
              <w:t>*</w:t>
            </w:r>
          </w:p>
        </w:tc>
        <w:tc>
          <w:tcPr>
            <w:tcW w:w="6804" w:type="dxa"/>
          </w:tcPr>
          <w:p w14:paraId="5DAB6C7B" w14:textId="77777777" w:rsidR="000D4A7D" w:rsidRPr="002F1404" w:rsidRDefault="000D4A7D">
            <w:pPr>
              <w:rPr>
                <w:rFonts w:ascii="Verdana" w:hAnsi="Verdana"/>
              </w:rPr>
            </w:pPr>
          </w:p>
        </w:tc>
      </w:tr>
      <w:tr w:rsidR="000D4A7D" w:rsidRPr="002F1404" w14:paraId="10E6EA00" w14:textId="77777777" w:rsidTr="00461529">
        <w:trPr>
          <w:trHeight w:val="397"/>
        </w:trPr>
        <w:tc>
          <w:tcPr>
            <w:tcW w:w="2972" w:type="dxa"/>
            <w:vAlign w:val="center"/>
          </w:tcPr>
          <w:p w14:paraId="5DEFA624" w14:textId="38676495" w:rsidR="000D4A7D" w:rsidRPr="002F1404" w:rsidRDefault="00784443" w:rsidP="00461529">
            <w:pPr>
              <w:rPr>
                <w:rFonts w:ascii="Verdana" w:hAnsi="Verdana"/>
              </w:rPr>
            </w:pPr>
            <w:r w:rsidRPr="002F1404">
              <w:rPr>
                <w:rFonts w:ascii="Verdana" w:hAnsi="Verdana"/>
              </w:rPr>
              <w:t>CAP/Città/Provincia</w:t>
            </w:r>
            <w:r w:rsidR="00461529" w:rsidRPr="002F1404">
              <w:rPr>
                <w:rFonts w:ascii="Verdana" w:hAnsi="Verdana"/>
              </w:rPr>
              <w:t>/Stato*</w:t>
            </w:r>
          </w:p>
        </w:tc>
        <w:tc>
          <w:tcPr>
            <w:tcW w:w="6804" w:type="dxa"/>
          </w:tcPr>
          <w:p w14:paraId="02EB378F" w14:textId="77777777" w:rsidR="000D4A7D" w:rsidRPr="002F1404" w:rsidRDefault="000D4A7D">
            <w:pPr>
              <w:rPr>
                <w:rFonts w:ascii="Verdana" w:hAnsi="Verdana"/>
              </w:rPr>
            </w:pPr>
          </w:p>
        </w:tc>
      </w:tr>
      <w:tr w:rsidR="00461529" w:rsidRPr="002F1404" w14:paraId="76A5E581" w14:textId="77777777" w:rsidTr="00461529">
        <w:trPr>
          <w:trHeight w:val="397"/>
        </w:trPr>
        <w:tc>
          <w:tcPr>
            <w:tcW w:w="2972" w:type="dxa"/>
            <w:vAlign w:val="center"/>
          </w:tcPr>
          <w:p w14:paraId="690DFFE0" w14:textId="642A9E1E" w:rsidR="00461529" w:rsidRPr="002F1404" w:rsidRDefault="00461529" w:rsidP="00461529">
            <w:pPr>
              <w:rPr>
                <w:rFonts w:ascii="Verdana" w:hAnsi="Verdana"/>
              </w:rPr>
            </w:pPr>
            <w:proofErr w:type="spellStart"/>
            <w:r w:rsidRPr="002F1404">
              <w:rPr>
                <w:rFonts w:ascii="Verdana" w:hAnsi="Verdana"/>
              </w:rPr>
              <w:t>Nazionalità</w:t>
            </w:r>
            <w:proofErr w:type="spellEnd"/>
            <w:r w:rsidRPr="002F1404">
              <w:rPr>
                <w:rFonts w:ascii="Verdana" w:hAnsi="Verdana"/>
              </w:rPr>
              <w:t>*</w:t>
            </w:r>
          </w:p>
        </w:tc>
        <w:tc>
          <w:tcPr>
            <w:tcW w:w="6804" w:type="dxa"/>
          </w:tcPr>
          <w:p w14:paraId="591E3361" w14:textId="77777777" w:rsidR="00461529" w:rsidRPr="002F1404" w:rsidRDefault="00461529">
            <w:pPr>
              <w:rPr>
                <w:rFonts w:ascii="Verdana" w:hAnsi="Verdana"/>
              </w:rPr>
            </w:pPr>
          </w:p>
        </w:tc>
      </w:tr>
      <w:tr w:rsidR="000D4A7D" w:rsidRPr="002F1404" w14:paraId="634AEC11" w14:textId="77777777" w:rsidTr="00461529">
        <w:trPr>
          <w:trHeight w:val="397"/>
        </w:trPr>
        <w:tc>
          <w:tcPr>
            <w:tcW w:w="2972" w:type="dxa"/>
            <w:vAlign w:val="center"/>
          </w:tcPr>
          <w:p w14:paraId="714A3332" w14:textId="77777777" w:rsidR="000D4A7D" w:rsidRPr="002F1404" w:rsidRDefault="00784443" w:rsidP="00461529">
            <w:pPr>
              <w:rPr>
                <w:rFonts w:ascii="Verdana" w:hAnsi="Verdana"/>
              </w:rPr>
            </w:pPr>
            <w:r w:rsidRPr="002F1404">
              <w:rPr>
                <w:rFonts w:ascii="Verdana" w:hAnsi="Verdana"/>
              </w:rPr>
              <w:t>Email*</w:t>
            </w:r>
          </w:p>
        </w:tc>
        <w:tc>
          <w:tcPr>
            <w:tcW w:w="6804" w:type="dxa"/>
          </w:tcPr>
          <w:p w14:paraId="6A05A809" w14:textId="77777777" w:rsidR="000D4A7D" w:rsidRPr="002F1404" w:rsidRDefault="000D4A7D">
            <w:pPr>
              <w:rPr>
                <w:rFonts w:ascii="Verdana" w:hAnsi="Verdana"/>
              </w:rPr>
            </w:pPr>
          </w:p>
        </w:tc>
      </w:tr>
      <w:tr w:rsidR="000D4A7D" w:rsidRPr="002F1404" w14:paraId="44E93C28" w14:textId="77777777" w:rsidTr="00461529">
        <w:trPr>
          <w:trHeight w:val="397"/>
        </w:trPr>
        <w:tc>
          <w:tcPr>
            <w:tcW w:w="2972" w:type="dxa"/>
            <w:vAlign w:val="center"/>
          </w:tcPr>
          <w:p w14:paraId="29385571" w14:textId="77777777" w:rsidR="000D4A7D" w:rsidRPr="002F1404" w:rsidRDefault="00784443" w:rsidP="00461529">
            <w:pPr>
              <w:rPr>
                <w:rFonts w:ascii="Verdana" w:hAnsi="Verdana"/>
              </w:rPr>
            </w:pPr>
            <w:proofErr w:type="spellStart"/>
            <w:r w:rsidRPr="002F1404">
              <w:rPr>
                <w:rFonts w:ascii="Verdana" w:hAnsi="Verdana"/>
              </w:rPr>
              <w:t>Telefono</w:t>
            </w:r>
            <w:proofErr w:type="spellEnd"/>
            <w:r w:rsidRPr="002F1404">
              <w:rPr>
                <w:rFonts w:ascii="Verdana" w:hAnsi="Verdana"/>
              </w:rPr>
              <w:t>*</w:t>
            </w:r>
          </w:p>
        </w:tc>
        <w:tc>
          <w:tcPr>
            <w:tcW w:w="6804" w:type="dxa"/>
          </w:tcPr>
          <w:p w14:paraId="5A39BBE3" w14:textId="77777777" w:rsidR="000D4A7D" w:rsidRPr="002F1404" w:rsidRDefault="000D4A7D">
            <w:pPr>
              <w:rPr>
                <w:rFonts w:ascii="Verdana" w:hAnsi="Verdana"/>
              </w:rPr>
            </w:pPr>
          </w:p>
        </w:tc>
      </w:tr>
      <w:tr w:rsidR="7FAF41A7" w:rsidRPr="002F1404" w14:paraId="32AB46A5" w14:textId="77777777" w:rsidTr="00461529">
        <w:trPr>
          <w:trHeight w:val="397"/>
        </w:trPr>
        <w:tc>
          <w:tcPr>
            <w:tcW w:w="2972" w:type="dxa"/>
            <w:vAlign w:val="center"/>
          </w:tcPr>
          <w:p w14:paraId="1F4FE330" w14:textId="2B8EABBC" w:rsidR="18F31383" w:rsidRPr="002F1404" w:rsidRDefault="18F31383" w:rsidP="00461529">
            <w:pPr>
              <w:rPr>
                <w:rFonts w:ascii="Verdana" w:hAnsi="Verdana"/>
              </w:rPr>
            </w:pPr>
            <w:proofErr w:type="spellStart"/>
            <w:r w:rsidRPr="002F1404">
              <w:rPr>
                <w:rFonts w:ascii="Verdana" w:hAnsi="Verdana"/>
              </w:rPr>
              <w:t>Codice</w:t>
            </w:r>
            <w:proofErr w:type="spellEnd"/>
            <w:r w:rsidRPr="002F1404">
              <w:rPr>
                <w:rFonts w:ascii="Verdana" w:hAnsi="Verdana"/>
              </w:rPr>
              <w:t xml:space="preserve"> </w:t>
            </w:r>
            <w:proofErr w:type="spellStart"/>
            <w:r w:rsidRPr="002F1404">
              <w:rPr>
                <w:rFonts w:ascii="Verdana" w:hAnsi="Verdana"/>
              </w:rPr>
              <w:t>fiscale</w:t>
            </w:r>
            <w:proofErr w:type="spellEnd"/>
            <w:r w:rsidR="00DE4B76">
              <w:rPr>
                <w:rFonts w:ascii="Verdana" w:hAnsi="Verdana"/>
              </w:rPr>
              <w:t xml:space="preserve"> (Italia)</w:t>
            </w:r>
            <w:r w:rsidRPr="002F1404">
              <w:rPr>
                <w:rFonts w:ascii="Verdana" w:hAnsi="Verdana"/>
              </w:rPr>
              <w:t>*</w:t>
            </w:r>
            <w:r w:rsidR="00DE4B76">
              <w:rPr>
                <w:rFonts w:ascii="Verdana" w:hAnsi="Verdana"/>
              </w:rPr>
              <w:t xml:space="preserve"> / </w:t>
            </w:r>
            <w:r w:rsidR="00DE4B76" w:rsidRPr="00DE4B76">
              <w:rPr>
                <w:rFonts w:ascii="Verdana" w:hAnsi="Verdana"/>
              </w:rPr>
              <w:t>TIN</w:t>
            </w:r>
            <w:r w:rsidR="00DE4B76">
              <w:rPr>
                <w:rFonts w:ascii="Verdana" w:hAnsi="Verdana"/>
              </w:rPr>
              <w:t xml:space="preserve"> - </w:t>
            </w:r>
            <w:r w:rsidR="00DE4B76" w:rsidRPr="00DE4B76">
              <w:rPr>
                <w:rFonts w:ascii="Verdana" w:hAnsi="Verdana"/>
              </w:rPr>
              <w:t>Taxpayer Identification Number</w:t>
            </w:r>
            <w:r w:rsidR="00DE4B76">
              <w:rPr>
                <w:rFonts w:ascii="Verdana" w:hAnsi="Verdana"/>
              </w:rPr>
              <w:t xml:space="preserve"> (</w:t>
            </w:r>
            <w:proofErr w:type="spellStart"/>
            <w:r w:rsidR="00DE4B76">
              <w:rPr>
                <w:rFonts w:ascii="Verdana" w:hAnsi="Verdana"/>
              </w:rPr>
              <w:t>altri</w:t>
            </w:r>
            <w:proofErr w:type="spellEnd"/>
            <w:r w:rsidR="00DE4B76">
              <w:rPr>
                <w:rFonts w:ascii="Verdana" w:hAnsi="Verdana"/>
              </w:rPr>
              <w:t xml:space="preserve"> </w:t>
            </w:r>
            <w:proofErr w:type="spellStart"/>
            <w:proofErr w:type="gramStart"/>
            <w:r w:rsidR="00DE4B76">
              <w:rPr>
                <w:rFonts w:ascii="Verdana" w:hAnsi="Verdana"/>
              </w:rPr>
              <w:t>Paesi</w:t>
            </w:r>
            <w:proofErr w:type="spellEnd"/>
            <w:r w:rsidR="00DE4B76" w:rsidRPr="00DE4B76">
              <w:rPr>
                <w:rFonts w:ascii="Verdana" w:hAnsi="Verdana"/>
              </w:rPr>
              <w:t>)</w:t>
            </w:r>
            <w:r w:rsidR="00DE4B76">
              <w:rPr>
                <w:rFonts w:ascii="Verdana" w:hAnsi="Verdana"/>
              </w:rPr>
              <w:t>*</w:t>
            </w:r>
            <w:proofErr w:type="gramEnd"/>
          </w:p>
        </w:tc>
        <w:tc>
          <w:tcPr>
            <w:tcW w:w="6804" w:type="dxa"/>
          </w:tcPr>
          <w:p w14:paraId="272386F6" w14:textId="36838AD3" w:rsidR="7FAF41A7" w:rsidRPr="002F1404" w:rsidRDefault="7FAF41A7" w:rsidP="7FAF41A7">
            <w:pPr>
              <w:rPr>
                <w:rFonts w:ascii="Verdana" w:hAnsi="Verdana"/>
              </w:rPr>
            </w:pPr>
          </w:p>
        </w:tc>
      </w:tr>
    </w:tbl>
    <w:p w14:paraId="67823BCC" w14:textId="6963E11B" w:rsidR="000D4A7D" w:rsidRPr="002F1404" w:rsidRDefault="000D4A7D">
      <w:pPr>
        <w:rPr>
          <w:rFonts w:ascii="Verdana" w:hAnsi="Verdana"/>
        </w:rPr>
      </w:pPr>
    </w:p>
    <w:p w14:paraId="013ABD1B" w14:textId="1B6912AA" w:rsidR="000D4A7D" w:rsidRPr="00DE4B76" w:rsidRDefault="00784443">
      <w:pPr>
        <w:pStyle w:val="Titolo1"/>
        <w:rPr>
          <w:rFonts w:ascii="Verdana" w:hAnsi="Verdana"/>
          <w:b w:val="0"/>
          <w:bCs w:val="0"/>
          <w:sz w:val="24"/>
          <w:szCs w:val="24"/>
        </w:rPr>
      </w:pPr>
      <w:r w:rsidRPr="00DE4B76">
        <w:rPr>
          <w:rFonts w:ascii="Verdana" w:hAnsi="Verdana"/>
          <w:b w:val="0"/>
          <w:bCs w:val="0"/>
          <w:sz w:val="24"/>
          <w:szCs w:val="24"/>
        </w:rPr>
        <w:t>RICHIESTA PRESENTATA</w:t>
      </w:r>
    </w:p>
    <w:p w14:paraId="50AB9CB6" w14:textId="77777777" w:rsidR="00461529" w:rsidRPr="002F1404" w:rsidRDefault="00784443">
      <w:pPr>
        <w:rPr>
          <w:rFonts w:ascii="Verdana" w:hAnsi="Verdana"/>
          <w:lang w:val="it-IT"/>
        </w:rPr>
      </w:pPr>
      <w:r w:rsidRPr="002F1404">
        <w:rPr>
          <w:rFonts w:ascii="Segoe UI Symbol" w:hAnsi="Segoe UI Symbol" w:cs="Segoe UI Symbol"/>
          <w:lang w:val="it-IT"/>
        </w:rPr>
        <w:t>☐</w:t>
      </w:r>
      <w:r w:rsidRPr="002F1404">
        <w:rPr>
          <w:rFonts w:ascii="Verdana" w:hAnsi="Verdana"/>
          <w:lang w:val="it-IT"/>
        </w:rPr>
        <w:t xml:space="preserve"> Per conto proprio    </w:t>
      </w:r>
    </w:p>
    <w:p w14:paraId="73433D71" w14:textId="612B2EB4" w:rsidR="000D4A7D" w:rsidRPr="002F1404" w:rsidRDefault="00784443">
      <w:pPr>
        <w:rPr>
          <w:rFonts w:ascii="Verdana" w:hAnsi="Verdana"/>
          <w:lang w:val="it-IT"/>
        </w:rPr>
      </w:pPr>
      <w:r w:rsidRPr="002F1404">
        <w:rPr>
          <w:rFonts w:ascii="Segoe UI Symbol" w:hAnsi="Segoe UI Symbol" w:cs="Segoe UI Symbol"/>
          <w:lang w:val="it-IT"/>
        </w:rPr>
        <w:t>☐</w:t>
      </w:r>
      <w:r w:rsidRPr="002F1404">
        <w:rPr>
          <w:rFonts w:ascii="Verdana" w:hAnsi="Verdana"/>
          <w:lang w:val="it-IT"/>
        </w:rPr>
        <w:t xml:space="preserve"> Per conto di terzi</w:t>
      </w:r>
    </w:p>
    <w:p w14:paraId="5D491550" w14:textId="77777777" w:rsidR="008F1D71" w:rsidRDefault="00461529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 xml:space="preserve">Nome e cognome del delegante </w:t>
      </w:r>
      <w:r w:rsidR="7FAF41A7" w:rsidRPr="002F1404">
        <w:rPr>
          <w:rFonts w:ascii="Verdana" w:hAnsi="Verdana"/>
          <w:lang w:val="it-IT"/>
        </w:rPr>
        <w:t xml:space="preserve">(se presente): </w:t>
      </w:r>
    </w:p>
    <w:p w14:paraId="5F79E312" w14:textId="3BD45EE4" w:rsidR="000D4A7D" w:rsidRPr="002F1404" w:rsidRDefault="7FAF41A7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</w:t>
      </w:r>
      <w:r w:rsidR="44C2126B" w:rsidRPr="002F1404">
        <w:rPr>
          <w:rFonts w:ascii="Verdana" w:hAnsi="Verdana"/>
          <w:lang w:val="it-IT"/>
        </w:rPr>
        <w:t>______________________________________</w:t>
      </w:r>
    </w:p>
    <w:p w14:paraId="421E8821" w14:textId="6BCBCCCC" w:rsidR="000D4A7D" w:rsidRPr="00DE4B76" w:rsidRDefault="00784443">
      <w:pPr>
        <w:pStyle w:val="Titolo1"/>
        <w:rPr>
          <w:rFonts w:ascii="Verdana" w:hAnsi="Verdana"/>
          <w:b w:val="0"/>
          <w:bCs w:val="0"/>
          <w:sz w:val="24"/>
          <w:szCs w:val="24"/>
        </w:rPr>
      </w:pPr>
      <w:r w:rsidRPr="00DE4B76">
        <w:rPr>
          <w:rFonts w:ascii="Verdana" w:hAnsi="Verdana"/>
          <w:b w:val="0"/>
          <w:bCs w:val="0"/>
          <w:sz w:val="24"/>
          <w:szCs w:val="24"/>
        </w:rPr>
        <w:t>MOTIVO DELLA RIC</w:t>
      </w:r>
      <w:r w:rsidR="005064FD" w:rsidRPr="00DE4B76">
        <w:rPr>
          <w:rFonts w:ascii="Verdana" w:hAnsi="Verdana"/>
          <w:b w:val="0"/>
          <w:bCs w:val="0"/>
          <w:sz w:val="24"/>
          <w:szCs w:val="24"/>
        </w:rPr>
        <w:t>HIESTA</w:t>
      </w:r>
    </w:p>
    <w:p w14:paraId="167E3CB6" w14:textId="77777777" w:rsidR="008F1D71" w:rsidRDefault="7FAF41A7">
      <w:pPr>
        <w:rPr>
          <w:rFonts w:ascii="Verdana" w:hAnsi="Verdana"/>
          <w:lang w:val="it-IT"/>
        </w:rPr>
      </w:pPr>
      <w:r w:rsidRPr="002F1404">
        <w:rPr>
          <w:rFonts w:ascii="Segoe UI Symbol" w:hAnsi="Segoe UI Symbol" w:cs="Segoe UI Symbol"/>
          <w:lang w:val="it-IT"/>
        </w:rPr>
        <w:t>☐</w:t>
      </w:r>
      <w:r w:rsidRPr="002F1404">
        <w:rPr>
          <w:rFonts w:ascii="Verdana" w:hAnsi="Verdana"/>
          <w:lang w:val="it-IT"/>
        </w:rPr>
        <w:t xml:space="preserve"> Uso studio/ricerca </w:t>
      </w:r>
      <w:r w:rsidR="02C13157" w:rsidRPr="002F1404">
        <w:rPr>
          <w:rFonts w:ascii="Verdana" w:hAnsi="Verdana"/>
          <w:lang w:val="it-IT"/>
        </w:rPr>
        <w:t xml:space="preserve">(indicare l’argomento della ricerca) </w:t>
      </w:r>
    </w:p>
    <w:p w14:paraId="74FA2B79" w14:textId="5540154E" w:rsidR="008F1D71" w:rsidRPr="002F1404" w:rsidRDefault="02C13157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______________________________________________________________________</w:t>
      </w:r>
      <w:r w:rsidR="008F1D71">
        <w:rPr>
          <w:rFonts w:ascii="Verdana" w:hAnsi="Verdana"/>
          <w:lang w:val="it-IT"/>
        </w:rPr>
        <w:t>_</w:t>
      </w:r>
    </w:p>
    <w:p w14:paraId="24DC6147" w14:textId="7F520D21" w:rsidR="000D4A7D" w:rsidRPr="002F1404" w:rsidRDefault="2696CC98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_______________________________________________________________________</w:t>
      </w:r>
    </w:p>
    <w:p w14:paraId="76B4CB30" w14:textId="40C48671" w:rsidR="000D4A7D" w:rsidRPr="002F1404" w:rsidRDefault="7FAF41A7">
      <w:pPr>
        <w:rPr>
          <w:rFonts w:ascii="Verdana" w:hAnsi="Verdana"/>
          <w:lang w:val="it-IT"/>
        </w:rPr>
      </w:pPr>
      <w:r w:rsidRPr="002F1404">
        <w:rPr>
          <w:rFonts w:ascii="Segoe UI Symbol" w:hAnsi="Segoe UI Symbol" w:cs="Segoe UI Symbol"/>
          <w:lang w:val="it-IT"/>
        </w:rPr>
        <w:t>☐</w:t>
      </w:r>
      <w:r w:rsidRPr="002F1404">
        <w:rPr>
          <w:rFonts w:ascii="Verdana" w:hAnsi="Verdana"/>
          <w:lang w:val="it-IT"/>
        </w:rPr>
        <w:t xml:space="preserve"> Uso amministrativo</w:t>
      </w:r>
      <w:r w:rsidR="5CC2ACC2" w:rsidRPr="002F1404">
        <w:rPr>
          <w:rFonts w:ascii="Verdana" w:hAnsi="Verdana"/>
          <w:lang w:val="it-IT"/>
        </w:rPr>
        <w:t xml:space="preserve"> (in</w:t>
      </w:r>
      <w:r w:rsidR="0AB60CB9" w:rsidRPr="002F1404">
        <w:rPr>
          <w:rFonts w:ascii="Verdana" w:hAnsi="Verdana"/>
          <w:lang w:val="it-IT"/>
        </w:rPr>
        <w:t>dicare il p</w:t>
      </w:r>
      <w:r w:rsidRPr="002F1404">
        <w:rPr>
          <w:rFonts w:ascii="Verdana" w:hAnsi="Verdana"/>
          <w:lang w:val="it-IT"/>
        </w:rPr>
        <w:t>rocedimento amministrativo):</w:t>
      </w:r>
    </w:p>
    <w:p w14:paraId="28977C73" w14:textId="09CE9E3B" w:rsidR="000D4A7D" w:rsidRPr="002F1404" w:rsidRDefault="24CB951B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</w:t>
      </w:r>
      <w:r w:rsidR="0050404E" w:rsidRPr="002F1404">
        <w:rPr>
          <w:rFonts w:ascii="Verdana" w:hAnsi="Verdana"/>
          <w:lang w:val="it-IT"/>
        </w:rPr>
        <w:t>_______________</w:t>
      </w:r>
      <w:r w:rsidRPr="002F1404">
        <w:rPr>
          <w:rFonts w:ascii="Verdana" w:hAnsi="Verdana"/>
          <w:lang w:val="it-IT"/>
        </w:rPr>
        <w:t>________________________</w:t>
      </w:r>
    </w:p>
    <w:p w14:paraId="188728D0" w14:textId="5698FEFF" w:rsidR="4A580EE5" w:rsidRPr="002F1404" w:rsidRDefault="4A580EE5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</w:t>
      </w:r>
      <w:r w:rsidR="0050404E" w:rsidRPr="002F1404">
        <w:rPr>
          <w:rFonts w:ascii="Verdana" w:hAnsi="Verdana"/>
          <w:lang w:val="it-IT"/>
        </w:rPr>
        <w:t>_______________</w:t>
      </w:r>
      <w:r w:rsidRPr="002F1404">
        <w:rPr>
          <w:rFonts w:ascii="Verdana" w:hAnsi="Verdana"/>
          <w:lang w:val="it-IT"/>
        </w:rPr>
        <w:t>__________________________</w:t>
      </w:r>
    </w:p>
    <w:p w14:paraId="26E759EB" w14:textId="6C888E2D" w:rsidR="000D4A7D" w:rsidRPr="00DE4B76" w:rsidRDefault="7FAF41A7" w:rsidP="00461529">
      <w:pPr>
        <w:pStyle w:val="Titolo1"/>
        <w:rPr>
          <w:rFonts w:ascii="Verdana" w:hAnsi="Verdana"/>
          <w:b w:val="0"/>
          <w:bCs w:val="0"/>
          <w:sz w:val="24"/>
          <w:szCs w:val="24"/>
        </w:rPr>
      </w:pPr>
      <w:r w:rsidRPr="00DE4B76">
        <w:rPr>
          <w:rFonts w:ascii="Verdana" w:hAnsi="Verdana"/>
          <w:b w:val="0"/>
          <w:bCs w:val="0"/>
          <w:sz w:val="24"/>
          <w:szCs w:val="24"/>
        </w:rPr>
        <w:t>TIPOLOGIA DELLA RI</w:t>
      </w:r>
      <w:r w:rsidR="3645FAF6" w:rsidRPr="00DE4B76">
        <w:rPr>
          <w:rFonts w:ascii="Verdana" w:hAnsi="Verdana"/>
          <w:b w:val="0"/>
          <w:bCs w:val="0"/>
          <w:sz w:val="24"/>
          <w:szCs w:val="24"/>
        </w:rPr>
        <w:t>CHIESTA</w:t>
      </w:r>
    </w:p>
    <w:p w14:paraId="1CFB8E96" w14:textId="71292927" w:rsidR="000D4A7D" w:rsidRPr="002F1404" w:rsidRDefault="3645FAF6">
      <w:pPr>
        <w:rPr>
          <w:rFonts w:ascii="Verdana" w:hAnsi="Verdana"/>
          <w:lang w:val="it-IT"/>
        </w:rPr>
      </w:pPr>
      <w:r w:rsidRPr="002F1404">
        <w:rPr>
          <w:rFonts w:ascii="Segoe UI Symbol" w:hAnsi="Segoe UI Symbol" w:cs="Segoe UI Symbol"/>
          <w:lang w:val="it-IT"/>
        </w:rPr>
        <w:t>☐</w:t>
      </w:r>
      <w:r w:rsidRPr="002F1404">
        <w:rPr>
          <w:rFonts w:ascii="Verdana" w:hAnsi="Verdana"/>
          <w:lang w:val="it-IT"/>
        </w:rPr>
        <w:t xml:space="preserve"> Ricerca per corrispondenza (compilare SEZIONE 2</w:t>
      </w:r>
      <w:r w:rsidR="39EC200A" w:rsidRPr="002F1404">
        <w:rPr>
          <w:rFonts w:ascii="Verdana" w:hAnsi="Verdana"/>
          <w:lang w:val="it-IT"/>
        </w:rPr>
        <w:t>)</w:t>
      </w:r>
    </w:p>
    <w:p w14:paraId="3FE4E527" w14:textId="5A30715D" w:rsidR="000D4A7D" w:rsidRPr="002F1404" w:rsidRDefault="3645FAF6">
      <w:pPr>
        <w:rPr>
          <w:rFonts w:ascii="Verdana" w:hAnsi="Verdana"/>
          <w:lang w:val="it-IT"/>
        </w:rPr>
      </w:pPr>
      <w:r w:rsidRPr="002F1404">
        <w:rPr>
          <w:rFonts w:ascii="Segoe UI Symbol" w:eastAsia="Cambria" w:hAnsi="Segoe UI Symbol" w:cs="Segoe UI Symbol"/>
          <w:color w:val="000000" w:themeColor="text1"/>
          <w:lang w:val="it-IT"/>
        </w:rPr>
        <w:t>☐</w:t>
      </w:r>
      <w:r w:rsidRPr="002F1404">
        <w:rPr>
          <w:rFonts w:ascii="Verdana" w:eastAsia="Cambria" w:hAnsi="Verdana" w:cs="Cambria"/>
          <w:color w:val="000000" w:themeColor="text1"/>
          <w:lang w:val="it-IT"/>
        </w:rPr>
        <w:t xml:space="preserve"> Richiesta di </w:t>
      </w:r>
      <w:r w:rsidR="00461529" w:rsidRPr="002F1404">
        <w:rPr>
          <w:rFonts w:ascii="Verdana" w:eastAsia="Cambria" w:hAnsi="Verdana" w:cs="Cambria"/>
          <w:color w:val="000000" w:themeColor="text1"/>
          <w:lang w:val="it-IT"/>
        </w:rPr>
        <w:t xml:space="preserve">sole </w:t>
      </w:r>
      <w:r w:rsidRPr="002F1404">
        <w:rPr>
          <w:rFonts w:ascii="Verdana" w:eastAsia="Cambria" w:hAnsi="Verdana" w:cs="Cambria"/>
          <w:color w:val="000000" w:themeColor="text1"/>
          <w:lang w:val="it-IT"/>
        </w:rPr>
        <w:t>fotoriproduzioni</w:t>
      </w:r>
      <w:r w:rsidR="0A33CF05" w:rsidRPr="002F1404">
        <w:rPr>
          <w:rFonts w:ascii="Verdana" w:eastAsia="Cambria" w:hAnsi="Verdana" w:cs="Cambria"/>
          <w:color w:val="000000" w:themeColor="text1"/>
          <w:lang w:val="it-IT"/>
        </w:rPr>
        <w:t xml:space="preserve"> (compilare SEZIONE 3)</w:t>
      </w:r>
    </w:p>
    <w:p w14:paraId="7ABE7892" w14:textId="01E86CA0" w:rsidR="000D4A7D" w:rsidRDefault="000D4A7D">
      <w:pPr>
        <w:rPr>
          <w:rFonts w:ascii="Verdana" w:hAnsi="Verdana"/>
          <w:lang w:val="it-IT"/>
        </w:rPr>
      </w:pPr>
    </w:p>
    <w:p w14:paraId="173118AE" w14:textId="77777777" w:rsidR="00FF45E3" w:rsidRDefault="00FF45E3">
      <w:pPr>
        <w:rPr>
          <w:rFonts w:ascii="Verdana" w:hAnsi="Verdana"/>
          <w:lang w:val="it-IT"/>
        </w:rPr>
      </w:pPr>
    </w:p>
    <w:p w14:paraId="08B476A0" w14:textId="77777777" w:rsidR="008F1D71" w:rsidRPr="002F1404" w:rsidRDefault="008F1D71">
      <w:pPr>
        <w:rPr>
          <w:rFonts w:ascii="Verdana" w:hAnsi="Verdana"/>
          <w:lang w:val="it-IT"/>
        </w:rPr>
      </w:pPr>
    </w:p>
    <w:p w14:paraId="19DBA9F6" w14:textId="77777777" w:rsidR="00FF45E3" w:rsidRDefault="00FF45E3" w:rsidP="7FAF41A7">
      <w:pPr>
        <w:pStyle w:val="Titolo1"/>
        <w:jc w:val="center"/>
        <w:rPr>
          <w:rFonts w:ascii="Verdana" w:hAnsi="Verdana"/>
          <w:lang w:val="it-IT"/>
        </w:rPr>
      </w:pPr>
    </w:p>
    <w:p w14:paraId="1D16DCAB" w14:textId="518C9923" w:rsidR="000D4A7D" w:rsidRPr="00DE4B76" w:rsidRDefault="001D2906" w:rsidP="7FAF41A7">
      <w:pPr>
        <w:pStyle w:val="Titolo1"/>
        <w:jc w:val="center"/>
        <w:rPr>
          <w:rFonts w:ascii="Verdana" w:hAnsi="Verdana"/>
          <w:b w:val="0"/>
          <w:bCs w:val="0"/>
          <w:lang w:val="it-IT"/>
        </w:rPr>
      </w:pPr>
      <w:r w:rsidRPr="00DE4B76">
        <w:rPr>
          <w:rFonts w:ascii="Verdana" w:hAnsi="Verdana"/>
          <w:b w:val="0"/>
          <w:bCs w:val="0"/>
          <w:lang w:val="it-IT"/>
        </w:rPr>
        <w:t xml:space="preserve">SEZIONE 2 - </w:t>
      </w:r>
      <w:r w:rsidR="0B74F77C" w:rsidRPr="00DE4B76">
        <w:rPr>
          <w:rFonts w:ascii="Verdana" w:hAnsi="Verdana"/>
          <w:b w:val="0"/>
          <w:bCs w:val="0"/>
          <w:lang w:val="it-IT"/>
        </w:rPr>
        <w:t>RICERCA PER CORRISPONDENZA</w:t>
      </w:r>
      <w:r w:rsidR="004934DB" w:rsidRPr="00DE4B76">
        <w:rPr>
          <w:rFonts w:ascii="Verdana" w:hAnsi="Verdana"/>
          <w:b w:val="0"/>
          <w:bCs w:val="0"/>
          <w:lang w:val="it-IT"/>
        </w:rPr>
        <w:t xml:space="preserve"> </w:t>
      </w:r>
    </w:p>
    <w:p w14:paraId="460027B1" w14:textId="546C99AE" w:rsidR="000D4A7D" w:rsidRPr="00DE4B76" w:rsidRDefault="00DE4B76" w:rsidP="7FAF41A7">
      <w:pPr>
        <w:pStyle w:val="Titolo1"/>
        <w:rPr>
          <w:rFonts w:ascii="Verdana" w:hAnsi="Verdana"/>
          <w:b w:val="0"/>
          <w:bCs w:val="0"/>
          <w:sz w:val="24"/>
          <w:szCs w:val="24"/>
        </w:rPr>
      </w:pPr>
      <w:r w:rsidRPr="00DE4B76">
        <w:rPr>
          <w:rFonts w:ascii="Verdana" w:hAnsi="Verdana"/>
          <w:b w:val="0"/>
          <w:bCs w:val="0"/>
          <w:sz w:val="24"/>
          <w:szCs w:val="24"/>
        </w:rPr>
        <w:t>TIPOLOGIA DI RICERCA</w:t>
      </w:r>
    </w:p>
    <w:p w14:paraId="2E144499" w14:textId="40F1CD69" w:rsidR="001D2906" w:rsidRPr="002F1404" w:rsidRDefault="00AB6736" w:rsidP="00AB6736">
      <w:pPr>
        <w:jc w:val="both"/>
        <w:rPr>
          <w:rFonts w:ascii="Verdana" w:hAnsi="Verdana"/>
          <w:lang w:val="it-IT"/>
        </w:rPr>
      </w:pPr>
      <w:r w:rsidRPr="002F1404">
        <w:rPr>
          <w:rFonts w:ascii="Verdana" w:eastAsia="Cambria" w:hAnsi="Verdana" w:cs="Cambria"/>
          <w:color w:val="000000" w:themeColor="text1"/>
          <w:lang w:val="it-IT"/>
        </w:rPr>
        <w:t>D</w:t>
      </w:r>
      <w:r w:rsidRPr="002F1404">
        <w:rPr>
          <w:rFonts w:ascii="Verdana" w:hAnsi="Verdana"/>
          <w:lang w:val="it-IT"/>
        </w:rPr>
        <w:t xml:space="preserve">escrivere in modo preciso e circostanziato la richiesta, fornendo le indicazioni essenziali </w:t>
      </w:r>
      <w:r w:rsidR="002F1404" w:rsidRPr="002F1404">
        <w:rPr>
          <w:rFonts w:ascii="Verdana" w:hAnsi="Verdana"/>
          <w:lang w:val="it-IT"/>
        </w:rPr>
        <w:t xml:space="preserve">come </w:t>
      </w:r>
      <w:r w:rsidRPr="002F1404">
        <w:rPr>
          <w:rFonts w:ascii="Verdana" w:hAnsi="Verdana"/>
          <w:lang w:val="it-IT"/>
        </w:rPr>
        <w:t>indicat</w:t>
      </w:r>
      <w:r w:rsidR="002F1404" w:rsidRPr="002F1404">
        <w:rPr>
          <w:rFonts w:ascii="Verdana" w:hAnsi="Verdana"/>
          <w:lang w:val="it-IT"/>
        </w:rPr>
        <w:t>o</w:t>
      </w:r>
      <w:r w:rsidRPr="002F1404">
        <w:rPr>
          <w:rFonts w:ascii="Verdana" w:hAnsi="Verdana"/>
          <w:lang w:val="it-IT"/>
        </w:rPr>
        <w:t xml:space="preserve"> nelle istruzioni. Le informazioni fornite determineranno la valutazione di ammissibilità della ricerca e l’entità della tariffa applicata</w:t>
      </w:r>
      <w:r w:rsidR="002F1404" w:rsidRPr="002F1404">
        <w:rPr>
          <w:rFonts w:ascii="Verdana" w:hAnsi="Verdana"/>
          <w:lang w:val="it-IT"/>
        </w:rPr>
        <w:t>.</w:t>
      </w:r>
    </w:p>
    <w:p w14:paraId="300CA0EF" w14:textId="50D042E0" w:rsidR="001D2906" w:rsidRPr="002F1404" w:rsidRDefault="7FAF41A7" w:rsidP="001D2906">
      <w:pPr>
        <w:rPr>
          <w:rFonts w:ascii="Verdana" w:eastAsia="Cambria" w:hAnsi="Verdana" w:cs="Cambria"/>
          <w:color w:val="000000" w:themeColor="text1"/>
          <w:lang w:val="it-IT"/>
        </w:rPr>
      </w:pPr>
      <w:r w:rsidRPr="002F1404">
        <w:rPr>
          <w:rFonts w:ascii="Segoe UI Symbol" w:eastAsia="Cambria" w:hAnsi="Segoe UI Symbol" w:cs="Segoe UI Symbol"/>
          <w:color w:val="000000" w:themeColor="text1"/>
          <w:lang w:val="it-IT"/>
        </w:rPr>
        <w:t>☐</w:t>
      </w:r>
      <w:r w:rsidRPr="002F1404">
        <w:rPr>
          <w:rFonts w:ascii="Verdana" w:eastAsia="Cambria" w:hAnsi="Verdana" w:cs="Cambria"/>
          <w:color w:val="000000" w:themeColor="text1"/>
          <w:lang w:val="it-IT"/>
        </w:rPr>
        <w:t xml:space="preserve"> Ricerca di documento </w:t>
      </w:r>
      <w:r w:rsidR="00AB6736" w:rsidRPr="002F1404">
        <w:rPr>
          <w:rFonts w:ascii="Verdana" w:eastAsia="Cambria" w:hAnsi="Verdana" w:cs="Cambria"/>
          <w:color w:val="000000" w:themeColor="text1"/>
          <w:lang w:val="it-IT"/>
        </w:rPr>
        <w:t xml:space="preserve">                      </w:t>
      </w:r>
      <w:r w:rsidR="001D2906" w:rsidRPr="002F1404">
        <w:rPr>
          <w:rFonts w:ascii="Segoe UI Symbol" w:eastAsia="Cambria" w:hAnsi="Segoe UI Symbol" w:cs="Segoe UI Symbol"/>
          <w:color w:val="000000" w:themeColor="text1"/>
          <w:lang w:val="it-IT"/>
        </w:rPr>
        <w:t>☐</w:t>
      </w:r>
      <w:r w:rsidR="001D2906" w:rsidRPr="002F1404">
        <w:rPr>
          <w:rFonts w:ascii="Verdana" w:eastAsia="Cambria" w:hAnsi="Verdana" w:cs="Segoe UI Symbol"/>
          <w:color w:val="000000" w:themeColor="text1"/>
          <w:lang w:val="it-IT"/>
        </w:rPr>
        <w:t xml:space="preserve"> </w:t>
      </w:r>
      <w:r w:rsidR="001D2906" w:rsidRPr="002F1404">
        <w:rPr>
          <w:rFonts w:ascii="Verdana" w:hAnsi="Verdana"/>
          <w:lang w:val="it-IT"/>
        </w:rPr>
        <w:t xml:space="preserve">con trasmissione di </w:t>
      </w:r>
      <w:r w:rsidR="001D2906" w:rsidRPr="002F1404">
        <w:rPr>
          <w:rFonts w:ascii="Verdana" w:hAnsi="Verdana"/>
          <w:b/>
          <w:bCs/>
          <w:lang w:val="it-IT"/>
        </w:rPr>
        <w:t>copia digitale</w:t>
      </w:r>
      <w:r w:rsidR="001D2906" w:rsidRPr="002F1404">
        <w:rPr>
          <w:rFonts w:ascii="Verdana" w:hAnsi="Verdana"/>
          <w:lang w:val="it-IT"/>
        </w:rPr>
        <w:t xml:space="preserve"> dello stesso</w:t>
      </w:r>
    </w:p>
    <w:p w14:paraId="5E5EB884" w14:textId="5B689CC6" w:rsidR="0050404E" w:rsidRPr="002F1404" w:rsidRDefault="0050404E" w:rsidP="0050404E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_______________________________________________________________________</w:t>
      </w:r>
    </w:p>
    <w:p w14:paraId="72D98EA8" w14:textId="0D8A1AC3" w:rsidR="0050404E" w:rsidRDefault="0050404E" w:rsidP="0050404E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</w:t>
      </w:r>
      <w:r w:rsidR="002F1404">
        <w:rPr>
          <w:rFonts w:ascii="Verdana" w:hAnsi="Verdana"/>
          <w:lang w:val="it-IT"/>
        </w:rPr>
        <w:t>__________________________________________________________</w:t>
      </w:r>
    </w:p>
    <w:p w14:paraId="2FE4F0A0" w14:textId="3DF63416" w:rsidR="002F1404" w:rsidRPr="002F1404" w:rsidRDefault="002F1404" w:rsidP="0050404E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</w:t>
      </w:r>
      <w:r>
        <w:rPr>
          <w:rFonts w:ascii="Verdana" w:hAnsi="Verdana"/>
          <w:lang w:val="it-IT"/>
        </w:rPr>
        <w:t>__________________________________________________________</w:t>
      </w:r>
    </w:p>
    <w:p w14:paraId="6F2A7496" w14:textId="53C22CAF" w:rsidR="000D4A7D" w:rsidRPr="002F1404" w:rsidRDefault="7FAF41A7">
      <w:pPr>
        <w:rPr>
          <w:rFonts w:ascii="Verdana" w:hAnsi="Verdana"/>
          <w:lang w:val="it-IT"/>
        </w:rPr>
      </w:pPr>
      <w:r w:rsidRPr="002F1404">
        <w:rPr>
          <w:rFonts w:ascii="Segoe UI Symbol" w:eastAsia="Cambria" w:hAnsi="Segoe UI Symbol" w:cs="Segoe UI Symbol"/>
          <w:color w:val="000000" w:themeColor="text1"/>
          <w:lang w:val="it-IT"/>
        </w:rPr>
        <w:t>☐</w:t>
      </w:r>
      <w:r w:rsidRPr="002F1404">
        <w:rPr>
          <w:rFonts w:ascii="Verdana" w:eastAsia="Cambria" w:hAnsi="Verdana" w:cs="Cambria"/>
          <w:color w:val="000000" w:themeColor="text1"/>
          <w:lang w:val="it-IT"/>
        </w:rPr>
        <w:t xml:space="preserve"> Ricerca per argomento</w:t>
      </w:r>
      <w:r w:rsidR="002F1404" w:rsidRPr="002F1404">
        <w:rPr>
          <w:rFonts w:ascii="Verdana" w:eastAsia="Cambria" w:hAnsi="Verdana" w:cs="Cambria"/>
          <w:color w:val="000000" w:themeColor="text1"/>
          <w:lang w:val="it-IT"/>
        </w:rPr>
        <w:t xml:space="preserve"> specifico</w:t>
      </w:r>
      <w:r w:rsidR="001D2906" w:rsidRPr="002F1404">
        <w:rPr>
          <w:rFonts w:ascii="Verdana" w:eastAsia="Cambria" w:hAnsi="Verdana" w:cs="Cambria"/>
          <w:color w:val="000000" w:themeColor="text1"/>
          <w:lang w:val="it-IT"/>
        </w:rPr>
        <w:t xml:space="preserve"> (</w:t>
      </w:r>
      <w:r w:rsidR="002F1404" w:rsidRPr="00ED726B">
        <w:rPr>
          <w:rFonts w:ascii="Verdana" w:hAnsi="Verdana"/>
          <w:lang w:val="it-IT"/>
        </w:rPr>
        <w:t>ad esempio: persone, enti, luoghi, fatti</w:t>
      </w:r>
      <w:r w:rsidR="001D2906" w:rsidRPr="002F1404">
        <w:rPr>
          <w:rFonts w:ascii="Verdana" w:hAnsi="Verdana"/>
          <w:lang w:val="it-IT"/>
        </w:rPr>
        <w:t>)</w:t>
      </w:r>
      <w:r w:rsidRPr="002F1404">
        <w:rPr>
          <w:rFonts w:ascii="Verdana" w:hAnsi="Verdana"/>
          <w:lang w:val="it-IT"/>
        </w:rPr>
        <w:t>:</w:t>
      </w:r>
    </w:p>
    <w:p w14:paraId="1F42BE5E" w14:textId="716AF610" w:rsidR="0050404E" w:rsidRPr="002F1404" w:rsidRDefault="0050404E" w:rsidP="0050404E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_______________________________________________________________________</w:t>
      </w:r>
    </w:p>
    <w:p w14:paraId="5E8DCF06" w14:textId="2F6EBD46" w:rsidR="0050404E" w:rsidRPr="002F1404" w:rsidRDefault="0050404E" w:rsidP="0050404E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_______________________________________________________________________</w:t>
      </w:r>
    </w:p>
    <w:p w14:paraId="014BFFD6" w14:textId="465FEAD7" w:rsidR="0050404E" w:rsidRPr="002F1404" w:rsidRDefault="0050404E" w:rsidP="0050404E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_______________________________________________________________________</w:t>
      </w:r>
    </w:p>
    <w:p w14:paraId="5BA2625F" w14:textId="68C10DB9" w:rsidR="0050404E" w:rsidRPr="002F1404" w:rsidRDefault="0050404E" w:rsidP="0050404E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_______________________________________________________________________</w:t>
      </w:r>
    </w:p>
    <w:p w14:paraId="7FA4C81A" w14:textId="51386752" w:rsidR="0050404E" w:rsidRPr="002F1404" w:rsidRDefault="0050404E" w:rsidP="0050404E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_______________________________________________________________________</w:t>
      </w:r>
    </w:p>
    <w:p w14:paraId="6EC5FD0A" w14:textId="77777777" w:rsidR="0050404E" w:rsidRPr="002F1404" w:rsidRDefault="0050404E" w:rsidP="001D2906">
      <w:pPr>
        <w:rPr>
          <w:rFonts w:ascii="Verdana" w:hAnsi="Verdana"/>
          <w:lang w:val="it-IT"/>
        </w:rPr>
      </w:pPr>
    </w:p>
    <w:p w14:paraId="0ABAFF69" w14:textId="50399C84" w:rsidR="001D2906" w:rsidRPr="00DE4B76" w:rsidRDefault="001D2906" w:rsidP="001D2906">
      <w:pPr>
        <w:pStyle w:val="Titolo1"/>
        <w:jc w:val="center"/>
        <w:rPr>
          <w:rFonts w:ascii="Verdana" w:hAnsi="Verdana"/>
          <w:b w:val="0"/>
          <w:bCs w:val="0"/>
          <w:lang w:val="it-IT"/>
        </w:rPr>
      </w:pPr>
      <w:r w:rsidRPr="00DE4B76">
        <w:rPr>
          <w:rFonts w:ascii="Verdana" w:hAnsi="Verdana"/>
          <w:b w:val="0"/>
          <w:bCs w:val="0"/>
          <w:lang w:val="it-IT"/>
        </w:rPr>
        <w:t>SEZIONE 3 – RICHIESTA DI FOTORIPRODUZIONI</w:t>
      </w:r>
    </w:p>
    <w:p w14:paraId="5E09EDD7" w14:textId="77777777" w:rsidR="00DE4B76" w:rsidRDefault="00DE4B76">
      <w:pPr>
        <w:rPr>
          <w:rFonts w:ascii="Verdana" w:hAnsi="Verdana"/>
          <w:lang w:val="it-IT"/>
        </w:rPr>
      </w:pPr>
    </w:p>
    <w:p w14:paraId="1D77E2C5" w14:textId="65508BA4" w:rsidR="000D4A7D" w:rsidRDefault="004934DB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 xml:space="preserve">L’utente può richiedere la fotoriproduzione di un documento </w:t>
      </w:r>
      <w:r w:rsidR="002F1404">
        <w:rPr>
          <w:rFonts w:ascii="Verdana" w:hAnsi="Verdana"/>
          <w:lang w:val="it-IT"/>
        </w:rPr>
        <w:t xml:space="preserve">o, nel caso di mappe catastali di più documenti, </w:t>
      </w:r>
      <w:r w:rsidRPr="002F1404">
        <w:rPr>
          <w:rFonts w:ascii="Verdana" w:hAnsi="Verdana"/>
          <w:lang w:val="it-IT"/>
        </w:rPr>
        <w:t>specific</w:t>
      </w:r>
      <w:r w:rsidR="002F1404">
        <w:rPr>
          <w:rFonts w:ascii="Verdana" w:hAnsi="Verdana"/>
          <w:lang w:val="it-IT"/>
        </w:rPr>
        <w:t>ando</w:t>
      </w:r>
      <w:r w:rsidRPr="002F1404">
        <w:rPr>
          <w:rFonts w:ascii="Verdana" w:hAnsi="Verdana"/>
          <w:lang w:val="it-IT"/>
        </w:rPr>
        <w:t xml:space="preserve"> con precisione gli elementi necessari per il loro reperimento (vedi istruzioni).</w:t>
      </w:r>
    </w:p>
    <w:p w14:paraId="1DC74A1F" w14:textId="0247B70E" w:rsidR="002F1404" w:rsidRPr="002F1404" w:rsidRDefault="002F1404">
      <w:pPr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Fotoriproduzione di documento:</w:t>
      </w:r>
    </w:p>
    <w:p w14:paraId="3E788E05" w14:textId="24D5D951" w:rsidR="004934DB" w:rsidRDefault="004934DB" w:rsidP="00CF20F2">
      <w:pPr>
        <w:pStyle w:val="Paragrafoelenco"/>
        <w:numPr>
          <w:ilvl w:val="0"/>
          <w:numId w:val="11"/>
        </w:numPr>
        <w:ind w:left="284" w:hanging="284"/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______________________________________</w:t>
      </w:r>
      <w:r w:rsidR="0050404E" w:rsidRPr="002F1404">
        <w:rPr>
          <w:rFonts w:ascii="Verdana" w:hAnsi="Verdana"/>
          <w:lang w:val="it-IT"/>
        </w:rPr>
        <w:t>________________</w:t>
      </w:r>
      <w:r w:rsidRPr="002F1404">
        <w:rPr>
          <w:rFonts w:ascii="Verdana" w:hAnsi="Verdana"/>
          <w:lang w:val="it-IT"/>
        </w:rPr>
        <w:t>____________</w:t>
      </w:r>
      <w:r w:rsidR="00CF20F2">
        <w:rPr>
          <w:rFonts w:ascii="Verdana" w:hAnsi="Verdana"/>
          <w:lang w:val="it-IT"/>
        </w:rPr>
        <w:t>___</w:t>
      </w:r>
    </w:p>
    <w:p w14:paraId="79EB981E" w14:textId="08EA7DB2" w:rsidR="00CF20F2" w:rsidRPr="00CF20F2" w:rsidRDefault="00CF20F2" w:rsidP="00CF20F2">
      <w:pPr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_______________________________________________________________________</w:t>
      </w:r>
    </w:p>
    <w:p w14:paraId="16DD7BC9" w14:textId="54D50C66" w:rsidR="00CF20F2" w:rsidRPr="00CF20F2" w:rsidRDefault="00CF20F2" w:rsidP="00CF20F2">
      <w:pPr>
        <w:rPr>
          <w:rFonts w:ascii="Verdana" w:hAnsi="Verdana"/>
          <w:lang w:val="it-IT"/>
        </w:rPr>
      </w:pPr>
      <w:r w:rsidRPr="00CF20F2">
        <w:rPr>
          <w:rFonts w:ascii="Verdana" w:hAnsi="Verdana"/>
          <w:lang w:val="it-IT"/>
        </w:rPr>
        <w:t>_____________________________________________________________________</w:t>
      </w:r>
      <w:r>
        <w:rPr>
          <w:rFonts w:ascii="Verdana" w:hAnsi="Verdana"/>
          <w:lang w:val="it-IT"/>
        </w:rPr>
        <w:t>__</w:t>
      </w:r>
    </w:p>
    <w:p w14:paraId="182E6327" w14:textId="77777777" w:rsidR="00FF45E3" w:rsidRDefault="00FF45E3" w:rsidP="002F1404">
      <w:pPr>
        <w:rPr>
          <w:rFonts w:ascii="Verdana" w:hAnsi="Verdana"/>
          <w:lang w:val="it-IT"/>
        </w:rPr>
      </w:pPr>
    </w:p>
    <w:p w14:paraId="51300C92" w14:textId="38611C0E" w:rsidR="002F1404" w:rsidRDefault="002F1404" w:rsidP="00DE4B76">
      <w:pPr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Fotoriproduzione di mappe catastali</w:t>
      </w:r>
      <w:r w:rsidR="00DE4B76">
        <w:rPr>
          <w:rFonts w:ascii="Verdana" w:hAnsi="Verdana"/>
          <w:lang w:val="it-IT"/>
        </w:rPr>
        <w:t xml:space="preserve"> (</w:t>
      </w:r>
      <w:r w:rsidR="00DE4B76" w:rsidRPr="00DE4B76">
        <w:rPr>
          <w:rFonts w:ascii="Verdana" w:hAnsi="Verdana"/>
          <w:lang w:val="it-IT"/>
        </w:rPr>
        <w:t xml:space="preserve">è possibile richiedere uno o più file, </w:t>
      </w:r>
      <w:r w:rsidR="00DE4B76">
        <w:rPr>
          <w:rFonts w:ascii="Verdana" w:hAnsi="Verdana"/>
          <w:lang w:val="it-IT"/>
        </w:rPr>
        <w:t>indicando s</w:t>
      </w:r>
      <w:r w:rsidR="00DE4B76" w:rsidRPr="00DE4B76">
        <w:rPr>
          <w:rFonts w:ascii="Verdana" w:hAnsi="Verdana"/>
          <w:lang w:val="it-IT"/>
        </w:rPr>
        <w:t>oglia catastale</w:t>
      </w:r>
      <w:r w:rsidR="00DE4B76">
        <w:rPr>
          <w:rFonts w:ascii="Verdana" w:hAnsi="Verdana"/>
          <w:lang w:val="it-IT"/>
        </w:rPr>
        <w:t>, c</w:t>
      </w:r>
      <w:r w:rsidR="00DE4B76" w:rsidRPr="00DE4B76">
        <w:rPr>
          <w:rFonts w:ascii="Verdana" w:hAnsi="Verdana"/>
          <w:lang w:val="it-IT"/>
        </w:rPr>
        <w:t>omune censuario</w:t>
      </w:r>
      <w:r w:rsidR="00DE4B76">
        <w:rPr>
          <w:rFonts w:ascii="Verdana" w:hAnsi="Verdana"/>
          <w:lang w:val="it-IT"/>
        </w:rPr>
        <w:t>, f</w:t>
      </w:r>
      <w:r w:rsidR="00DE4B76" w:rsidRPr="00DE4B76">
        <w:rPr>
          <w:rFonts w:ascii="Verdana" w:hAnsi="Verdana"/>
          <w:lang w:val="it-IT"/>
        </w:rPr>
        <w:t>oglio</w:t>
      </w:r>
      <w:r w:rsidR="00DE4B76">
        <w:rPr>
          <w:rFonts w:ascii="Verdana" w:hAnsi="Verdana"/>
          <w:lang w:val="it-IT"/>
        </w:rPr>
        <w:t>/fogli</w:t>
      </w:r>
      <w:r w:rsidR="00DE4B76" w:rsidRPr="00DE4B76">
        <w:rPr>
          <w:rFonts w:ascii="Verdana" w:hAnsi="Verdana"/>
          <w:lang w:val="it-IT"/>
        </w:rPr>
        <w:t xml:space="preserve"> di mappa</w:t>
      </w:r>
      <w:r w:rsidR="00DE4B76">
        <w:rPr>
          <w:rFonts w:ascii="Verdana" w:hAnsi="Verdana"/>
          <w:lang w:val="it-IT"/>
        </w:rPr>
        <w:t xml:space="preserve"> ed eventuale d</w:t>
      </w:r>
      <w:r w:rsidR="00DE4B76" w:rsidRPr="00DE4B76">
        <w:rPr>
          <w:rFonts w:ascii="Verdana" w:hAnsi="Verdana"/>
          <w:lang w:val="it-IT"/>
        </w:rPr>
        <w:t>enominazione del file</w:t>
      </w:r>
      <w:r>
        <w:rPr>
          <w:rFonts w:ascii="Verdana" w:hAnsi="Verdana"/>
          <w:lang w:val="it-IT"/>
        </w:rPr>
        <w:t>:</w:t>
      </w:r>
    </w:p>
    <w:p w14:paraId="4D28A366" w14:textId="3D5E5D45" w:rsidR="002F1404" w:rsidRPr="002F1404" w:rsidRDefault="002F1404" w:rsidP="002F1404">
      <w:pPr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1)_____________________________________________________________________</w:t>
      </w:r>
    </w:p>
    <w:p w14:paraId="11FD77C5" w14:textId="3AFEC647" w:rsidR="004934DB" w:rsidRPr="002F1404" w:rsidRDefault="004934DB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2)________________________________________________</w:t>
      </w:r>
      <w:r w:rsidR="0050404E" w:rsidRPr="002F1404">
        <w:rPr>
          <w:rFonts w:ascii="Verdana" w:hAnsi="Verdana"/>
          <w:lang w:val="it-IT"/>
        </w:rPr>
        <w:t>_______________</w:t>
      </w:r>
      <w:r w:rsidRPr="002F1404">
        <w:rPr>
          <w:rFonts w:ascii="Verdana" w:hAnsi="Verdana"/>
          <w:lang w:val="it-IT"/>
        </w:rPr>
        <w:t>______</w:t>
      </w:r>
    </w:p>
    <w:p w14:paraId="590744E6" w14:textId="5B096111" w:rsidR="004934DB" w:rsidRPr="002F1404" w:rsidRDefault="004934DB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3)_______________________________________________</w:t>
      </w:r>
      <w:r w:rsidR="0050404E" w:rsidRPr="002F1404">
        <w:rPr>
          <w:rFonts w:ascii="Verdana" w:hAnsi="Verdana"/>
          <w:lang w:val="it-IT"/>
        </w:rPr>
        <w:t>_______________</w:t>
      </w:r>
      <w:r w:rsidRPr="002F1404">
        <w:rPr>
          <w:rFonts w:ascii="Verdana" w:hAnsi="Verdana"/>
          <w:lang w:val="it-IT"/>
        </w:rPr>
        <w:t>_______</w:t>
      </w:r>
    </w:p>
    <w:p w14:paraId="1562FFC1" w14:textId="11DDA9C3" w:rsidR="004934DB" w:rsidRPr="002F1404" w:rsidRDefault="004934DB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4)____________________________________________</w:t>
      </w:r>
      <w:r w:rsidR="0050404E" w:rsidRPr="002F1404">
        <w:rPr>
          <w:rFonts w:ascii="Verdana" w:hAnsi="Verdana"/>
          <w:lang w:val="it-IT"/>
        </w:rPr>
        <w:t>_______________</w:t>
      </w:r>
      <w:r w:rsidRPr="002F1404">
        <w:rPr>
          <w:rFonts w:ascii="Verdana" w:hAnsi="Verdana"/>
          <w:lang w:val="it-IT"/>
        </w:rPr>
        <w:t>__________</w:t>
      </w:r>
    </w:p>
    <w:p w14:paraId="629DF3D1" w14:textId="7FC6567B" w:rsidR="004934DB" w:rsidRPr="002F1404" w:rsidRDefault="004934DB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5)_______________________________________</w:t>
      </w:r>
      <w:r w:rsidR="0050404E" w:rsidRPr="002F1404">
        <w:rPr>
          <w:rFonts w:ascii="Verdana" w:hAnsi="Verdana"/>
          <w:lang w:val="it-IT"/>
        </w:rPr>
        <w:t>_______________</w:t>
      </w:r>
      <w:r w:rsidRPr="002F1404">
        <w:rPr>
          <w:rFonts w:ascii="Verdana" w:hAnsi="Verdana"/>
          <w:lang w:val="it-IT"/>
        </w:rPr>
        <w:t>_______________</w:t>
      </w:r>
    </w:p>
    <w:p w14:paraId="620243DA" w14:textId="77777777" w:rsidR="004934DB" w:rsidRPr="002F1404" w:rsidRDefault="004934DB">
      <w:pPr>
        <w:rPr>
          <w:rFonts w:ascii="Verdana" w:hAnsi="Verdana"/>
          <w:lang w:val="it-IT"/>
        </w:rPr>
      </w:pPr>
    </w:p>
    <w:p w14:paraId="43886221" w14:textId="60BBBF45" w:rsidR="000D4A7D" w:rsidRPr="00EF0908" w:rsidRDefault="00784443" w:rsidP="00CF20F2">
      <w:pPr>
        <w:pStyle w:val="Titolo1"/>
        <w:rPr>
          <w:rFonts w:ascii="Verdana" w:hAnsi="Verdana"/>
          <w:b w:val="0"/>
          <w:bCs w:val="0"/>
          <w:sz w:val="24"/>
          <w:szCs w:val="24"/>
        </w:rPr>
      </w:pPr>
      <w:r w:rsidRPr="00EF0908">
        <w:rPr>
          <w:rFonts w:ascii="Verdana" w:hAnsi="Verdana"/>
          <w:b w:val="0"/>
          <w:bCs w:val="0"/>
          <w:sz w:val="24"/>
          <w:szCs w:val="24"/>
        </w:rPr>
        <w:t>DICHIARAZIONI</w:t>
      </w:r>
    </w:p>
    <w:p w14:paraId="55570F5D" w14:textId="55BF4642" w:rsidR="00ED726B" w:rsidRPr="00ED726B" w:rsidRDefault="00ED726B">
      <w:pPr>
        <w:rPr>
          <w:rFonts w:ascii="Verdana" w:hAnsi="Verdana"/>
          <w:lang w:val="it-IT"/>
        </w:rPr>
      </w:pPr>
      <w:r w:rsidRPr="00ED726B">
        <w:rPr>
          <w:rFonts w:ascii="Verdana" w:hAnsi="Verdana"/>
          <w:lang w:val="it-IT"/>
        </w:rPr>
        <w:t>Dichiaro</w:t>
      </w:r>
      <w:r>
        <w:rPr>
          <w:rFonts w:ascii="Verdana" w:hAnsi="Verdana"/>
          <w:lang w:val="it-IT"/>
        </w:rPr>
        <w:t>:</w:t>
      </w:r>
    </w:p>
    <w:p w14:paraId="4F7C1140" w14:textId="6ED6731E" w:rsidR="000D4A7D" w:rsidRPr="00FF45E3" w:rsidRDefault="00784443" w:rsidP="00EF0908">
      <w:pPr>
        <w:jc w:val="both"/>
        <w:rPr>
          <w:rFonts w:ascii="Verdana" w:hAnsi="Verdana"/>
          <w:lang w:val="it-IT"/>
        </w:rPr>
      </w:pPr>
      <w:r w:rsidRPr="002F1404">
        <w:rPr>
          <w:rFonts w:ascii="Segoe UI Symbol" w:hAnsi="Segoe UI Symbol" w:cs="Segoe UI Symbol"/>
          <w:lang w:val="it-IT"/>
        </w:rPr>
        <w:t>☐</w:t>
      </w:r>
      <w:r w:rsidRPr="002F1404">
        <w:rPr>
          <w:rFonts w:ascii="Verdana" w:hAnsi="Verdana"/>
          <w:lang w:val="it-IT"/>
        </w:rPr>
        <w:t xml:space="preserve"> </w:t>
      </w:r>
      <w:r w:rsidR="00CF20F2" w:rsidRPr="00FF45E3">
        <w:rPr>
          <w:rFonts w:ascii="Verdana" w:hAnsi="Verdana"/>
          <w:lang w:val="it-IT"/>
        </w:rPr>
        <w:t>di aver letto, compreso e accettato il</w:t>
      </w:r>
      <w:r w:rsidR="00AB6736" w:rsidRPr="00FF45E3">
        <w:rPr>
          <w:rFonts w:ascii="Verdana" w:hAnsi="Verdana"/>
          <w:lang w:val="it-IT"/>
        </w:rPr>
        <w:t xml:space="preserve"> </w:t>
      </w:r>
      <w:hyperlink r:id="rId10" w:history="1">
        <w:r w:rsidR="00AB6736" w:rsidRPr="00EF0908">
          <w:rPr>
            <w:rStyle w:val="Collegamentoipertestuale"/>
            <w:rFonts w:ascii="Verdana" w:hAnsi="Verdana"/>
            <w:i/>
            <w:iCs/>
            <w:lang w:val="it-IT"/>
          </w:rPr>
          <w:t>Regolament</w:t>
        </w:r>
        <w:r w:rsidR="00CF20F2" w:rsidRPr="00EF0908">
          <w:rPr>
            <w:rStyle w:val="Collegamentoipertestuale"/>
            <w:rFonts w:ascii="Verdana" w:hAnsi="Verdana"/>
            <w:i/>
            <w:iCs/>
            <w:lang w:val="it-IT"/>
          </w:rPr>
          <w:t>o del servizio di ricerche per corrispondenza</w:t>
        </w:r>
      </w:hyperlink>
      <w:r w:rsidR="00CF20F2" w:rsidRPr="00FF45E3">
        <w:rPr>
          <w:rFonts w:ascii="Verdana" w:hAnsi="Verdana"/>
          <w:lang w:val="it-IT"/>
        </w:rPr>
        <w:t xml:space="preserve"> e il </w:t>
      </w:r>
      <w:hyperlink r:id="rId11" w:history="1">
        <w:r w:rsidR="00CF20F2" w:rsidRPr="00EF0908">
          <w:rPr>
            <w:rStyle w:val="Collegamentoipertestuale"/>
            <w:rFonts w:ascii="Verdana" w:hAnsi="Verdana"/>
            <w:i/>
            <w:iCs/>
            <w:lang w:val="it-IT"/>
          </w:rPr>
          <w:t>Regolamento per la fotoriproduzione</w:t>
        </w:r>
      </w:hyperlink>
      <w:r w:rsidR="00CF20F2" w:rsidRPr="00FF45E3">
        <w:rPr>
          <w:rFonts w:ascii="Verdana" w:hAnsi="Verdana"/>
          <w:lang w:val="it-IT"/>
        </w:rPr>
        <w:t>.</w:t>
      </w:r>
    </w:p>
    <w:p w14:paraId="40FAD120" w14:textId="19DA4792" w:rsidR="000D4A7D" w:rsidRPr="002F1404" w:rsidRDefault="00784443" w:rsidP="0050404E">
      <w:pPr>
        <w:jc w:val="both"/>
        <w:rPr>
          <w:rFonts w:ascii="Verdana" w:hAnsi="Verdana"/>
          <w:lang w:val="it-IT"/>
        </w:rPr>
      </w:pPr>
      <w:r w:rsidRPr="00FF45E3">
        <w:rPr>
          <w:rFonts w:ascii="Segoe UI Symbol" w:hAnsi="Segoe UI Symbol" w:cs="Segoe UI Symbol"/>
          <w:lang w:val="it-IT"/>
        </w:rPr>
        <w:t>☐</w:t>
      </w:r>
      <w:r w:rsidRPr="00FF45E3">
        <w:rPr>
          <w:rFonts w:ascii="Verdana" w:hAnsi="Verdana"/>
          <w:lang w:val="it-IT"/>
        </w:rPr>
        <w:t xml:space="preserve"> </w:t>
      </w:r>
      <w:r w:rsidR="0050404E" w:rsidRPr="00FF45E3">
        <w:rPr>
          <w:rFonts w:ascii="Verdana" w:hAnsi="Verdana"/>
          <w:lang w:val="it-IT"/>
        </w:rPr>
        <w:t xml:space="preserve">di aver letto, compreso e accettato le </w:t>
      </w:r>
      <w:hyperlink r:id="rId12" w:history="1">
        <w:r w:rsidR="0050404E" w:rsidRPr="00C14E7F">
          <w:rPr>
            <w:rStyle w:val="Collegamentoipertestuale"/>
            <w:rFonts w:ascii="Verdana" w:hAnsi="Verdana"/>
            <w:i/>
            <w:iCs/>
            <w:lang w:val="it-IT"/>
          </w:rPr>
          <w:t>Regole deontologiche per il trattamento a fini di archiviazione nel pubblico interesse o per scopi di ricerca storica</w:t>
        </w:r>
      </w:hyperlink>
      <w:r w:rsidR="0050404E" w:rsidRPr="00FF45E3">
        <w:rPr>
          <w:rFonts w:ascii="Verdana" w:hAnsi="Verdana"/>
          <w:lang w:val="it-IT"/>
        </w:rPr>
        <w:t xml:space="preserve"> pubblicate ai sensi dell’art. 20, comma 4, del d.lgs. 10 agosto 2018, n. 101 – 19 dicembre 2018, in particolare agli articoli 9, 11 e 13)</w:t>
      </w:r>
      <w:r w:rsidRPr="00FF45E3">
        <w:rPr>
          <w:rFonts w:ascii="Verdana" w:hAnsi="Verdana"/>
          <w:lang w:val="it-IT"/>
        </w:rPr>
        <w:t>.</w:t>
      </w:r>
    </w:p>
    <w:p w14:paraId="0A7E9EAA" w14:textId="2F60FF50" w:rsidR="00AB6736" w:rsidRPr="00FF45E3" w:rsidRDefault="00AB6736" w:rsidP="00AB6736">
      <w:pPr>
        <w:rPr>
          <w:rFonts w:ascii="Verdana" w:hAnsi="Verdana"/>
          <w:lang w:val="it-IT"/>
        </w:rPr>
      </w:pPr>
      <w:r w:rsidRPr="00FF45E3">
        <w:rPr>
          <w:rFonts w:ascii="Verdana" w:hAnsi="Verdana"/>
          <w:lang w:val="it-IT"/>
        </w:rPr>
        <w:t>Si allega copia fronte/retro di un documento di identità in corso di validit</w:t>
      </w:r>
      <w:r w:rsidR="00DB121A" w:rsidRPr="00FF45E3">
        <w:rPr>
          <w:rFonts w:ascii="Verdana" w:hAnsi="Verdana"/>
          <w:lang w:val="it-IT"/>
        </w:rPr>
        <w:t>à</w:t>
      </w:r>
      <w:r w:rsidRPr="00FF45E3">
        <w:rPr>
          <w:rFonts w:ascii="Verdana" w:hAnsi="Verdana"/>
          <w:lang w:val="it-IT"/>
        </w:rPr>
        <w:t>.</w:t>
      </w:r>
    </w:p>
    <w:p w14:paraId="1F50E3CB" w14:textId="4422B5E0" w:rsidR="00AB6736" w:rsidRPr="00FF45E3" w:rsidRDefault="00AB6736" w:rsidP="00AB6736">
      <w:pPr>
        <w:rPr>
          <w:rFonts w:ascii="Verdana" w:hAnsi="Verdana"/>
          <w:lang w:val="it-IT"/>
        </w:rPr>
      </w:pPr>
      <w:r w:rsidRPr="00FF45E3">
        <w:rPr>
          <w:rFonts w:ascii="Verdana" w:hAnsi="Verdana"/>
          <w:lang w:val="it-IT"/>
        </w:rPr>
        <w:t>Nel caso in cui la richiesta venga presentata su delega di un terzo, occorre allegare atto di delega e copia fronte/retro del documento di identità d</w:t>
      </w:r>
      <w:r w:rsidR="00FF45E3">
        <w:rPr>
          <w:rFonts w:ascii="Verdana" w:hAnsi="Verdana"/>
          <w:lang w:val="it-IT"/>
        </w:rPr>
        <w:t>el</w:t>
      </w:r>
      <w:r w:rsidRPr="00FF45E3">
        <w:rPr>
          <w:rFonts w:ascii="Verdana" w:hAnsi="Verdana"/>
          <w:lang w:val="it-IT"/>
        </w:rPr>
        <w:t xml:space="preserve"> delegante.</w:t>
      </w:r>
    </w:p>
    <w:p w14:paraId="7D41942C" w14:textId="77777777" w:rsidR="00AB6736" w:rsidRPr="002F1404" w:rsidRDefault="00AB6736" w:rsidP="00AB6736">
      <w:pPr>
        <w:rPr>
          <w:rFonts w:ascii="Verdana" w:hAnsi="Verdana"/>
          <w:lang w:val="it-IT"/>
        </w:rPr>
      </w:pPr>
    </w:p>
    <w:p w14:paraId="598471A8" w14:textId="65C04BBA" w:rsidR="000D4A7D" w:rsidRPr="002F1404" w:rsidRDefault="00784443">
      <w:pPr>
        <w:rPr>
          <w:rFonts w:ascii="Verdana" w:hAnsi="Verdana"/>
          <w:lang w:val="it-IT"/>
        </w:rPr>
      </w:pPr>
      <w:r w:rsidRPr="002F1404">
        <w:rPr>
          <w:rFonts w:ascii="Verdana" w:hAnsi="Verdana"/>
          <w:lang w:val="it-IT"/>
        </w:rPr>
        <w:t>Luogo e data _____________</w:t>
      </w:r>
      <w:r w:rsidR="00AB6736" w:rsidRPr="002F1404">
        <w:rPr>
          <w:rFonts w:ascii="Verdana" w:hAnsi="Verdana"/>
          <w:lang w:val="it-IT"/>
        </w:rPr>
        <w:t>_______________</w:t>
      </w:r>
      <w:r w:rsidRPr="002F1404">
        <w:rPr>
          <w:rFonts w:ascii="Verdana" w:hAnsi="Verdana"/>
          <w:lang w:val="it-IT"/>
        </w:rPr>
        <w:t xml:space="preserve">_____   </w:t>
      </w:r>
      <w:r w:rsidR="00AB6736" w:rsidRPr="002F1404">
        <w:rPr>
          <w:rFonts w:ascii="Verdana" w:hAnsi="Verdana"/>
          <w:lang w:val="it-IT"/>
        </w:rPr>
        <w:t xml:space="preserve">  </w:t>
      </w:r>
      <w:r w:rsidRPr="002F1404">
        <w:rPr>
          <w:rFonts w:ascii="Verdana" w:hAnsi="Verdana"/>
          <w:lang w:val="it-IT"/>
        </w:rPr>
        <w:t>Firma __________________</w:t>
      </w:r>
    </w:p>
    <w:p w14:paraId="59A7BC76" w14:textId="77777777" w:rsidR="00AB6736" w:rsidRPr="002F1404" w:rsidRDefault="00AB6736">
      <w:pPr>
        <w:rPr>
          <w:rFonts w:ascii="Verdana" w:hAnsi="Verdana"/>
          <w:lang w:val="it-IT"/>
        </w:rPr>
      </w:pPr>
    </w:p>
    <w:p w14:paraId="549EC6AE" w14:textId="77777777" w:rsidR="0050404E" w:rsidRPr="002F1404" w:rsidRDefault="0050404E">
      <w:pPr>
        <w:rPr>
          <w:rFonts w:ascii="Verdana" w:hAnsi="Verdana"/>
          <w:lang w:val="it-IT"/>
        </w:rPr>
      </w:pPr>
    </w:p>
    <w:p w14:paraId="23A2831A" w14:textId="77777777" w:rsidR="0050404E" w:rsidRPr="002F1404" w:rsidRDefault="0050404E">
      <w:pPr>
        <w:rPr>
          <w:rFonts w:ascii="Verdana" w:hAnsi="Verdana"/>
          <w:lang w:val="it-IT"/>
        </w:rPr>
      </w:pPr>
    </w:p>
    <w:p w14:paraId="7FF31582" w14:textId="0E378AEE" w:rsidR="00AB6736" w:rsidRPr="008F1D71" w:rsidRDefault="00AB6736" w:rsidP="008F1D71">
      <w:pPr>
        <w:jc w:val="both"/>
        <w:rPr>
          <w:rFonts w:ascii="Verdana" w:hAnsi="Verdana"/>
          <w:sz w:val="20"/>
          <w:szCs w:val="20"/>
          <w:lang w:val="it-IT"/>
        </w:rPr>
      </w:pPr>
      <w:r w:rsidRPr="00FF45E3">
        <w:rPr>
          <w:rFonts w:ascii="Verdana" w:hAnsi="Verdana"/>
          <w:sz w:val="20"/>
          <w:szCs w:val="20"/>
          <w:lang w:val="it-IT"/>
        </w:rPr>
        <w:t>I dati forniti saranno trattati ai sensi del decreto legislativo 10 agosto 2018 n. 101- Disposizioni per l'adeguamento della normativa nazionale alle disposizioni del 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dati).</w:t>
      </w:r>
    </w:p>
    <w:sectPr w:rsidR="00AB6736" w:rsidRPr="008F1D71" w:rsidSect="00FF45E3">
      <w:footerReference w:type="default" r:id="rId13"/>
      <w:pgSz w:w="12240" w:h="15840"/>
      <w:pgMar w:top="426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85B19" w14:textId="77777777" w:rsidR="008649E8" w:rsidRDefault="008649E8" w:rsidP="00FF45E3">
      <w:pPr>
        <w:spacing w:after="0" w:line="240" w:lineRule="auto"/>
      </w:pPr>
      <w:r>
        <w:separator/>
      </w:r>
    </w:p>
  </w:endnote>
  <w:endnote w:type="continuationSeparator" w:id="0">
    <w:p w14:paraId="2E6D04E2" w14:textId="77777777" w:rsidR="008649E8" w:rsidRDefault="008649E8" w:rsidP="00FF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Palace Script">
    <w:altName w:val="Palace Script MT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B4140" w14:textId="77777777" w:rsidR="00FF45E3" w:rsidRPr="000E2CE0" w:rsidRDefault="00FF45E3" w:rsidP="00FF45E3">
    <w:pPr>
      <w:tabs>
        <w:tab w:val="left" w:pos="2370"/>
        <w:tab w:val="center" w:pos="4820"/>
      </w:tabs>
      <w:spacing w:after="0" w:line="240" w:lineRule="auto"/>
      <w:jc w:val="center"/>
      <w:rPr>
        <w:rFonts w:ascii="Garamond" w:eastAsia="Times New Roman" w:hAnsi="Garamond"/>
        <w:color w:val="0023B8"/>
        <w:sz w:val="12"/>
        <w:szCs w:val="12"/>
        <w:lang w:eastAsia="ar-SA"/>
      </w:rPr>
    </w:pPr>
    <w:r w:rsidRPr="000E2CE0">
      <w:rPr>
        <w:rFonts w:ascii="Garamond" w:eastAsia="Times New Roman" w:hAnsi="Garamond"/>
        <w:noProof/>
        <w:sz w:val="16"/>
        <w:szCs w:val="16"/>
      </w:rPr>
      <w:drawing>
        <wp:inline distT="0" distB="0" distL="0" distR="0" wp14:anchorId="42CB0979" wp14:editId="0237466B">
          <wp:extent cx="1136015" cy="367030"/>
          <wp:effectExtent l="0" t="0" r="6985" b="0"/>
          <wp:docPr id="233145862" name="Immagine 233145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3670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F3247E" w14:textId="77777777" w:rsidR="00FF45E3" w:rsidRPr="00ED726B" w:rsidRDefault="00FF45E3" w:rsidP="00FF45E3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Garamond" w:eastAsia="Times New Roman" w:hAnsi="Garamond"/>
        <w:color w:val="002060"/>
        <w:sz w:val="14"/>
        <w:szCs w:val="14"/>
        <w:lang w:val="it-IT" w:eastAsia="ar-SA"/>
      </w:rPr>
    </w:pPr>
    <w:r w:rsidRPr="00ED726B">
      <w:rPr>
        <w:rFonts w:ascii="Garamond" w:eastAsia="Times New Roman" w:hAnsi="Garamond"/>
        <w:color w:val="002060"/>
        <w:sz w:val="14"/>
        <w:szCs w:val="14"/>
        <w:lang w:val="it-IT" w:eastAsia="ar-SA"/>
      </w:rPr>
      <w:t>DIPARTIMENTO PER LA TUTELA DEL PATRIMONIO CULTURALE</w:t>
    </w:r>
  </w:p>
  <w:p w14:paraId="56CBD35C" w14:textId="77777777" w:rsidR="00FF45E3" w:rsidRPr="00ED726B" w:rsidRDefault="00FF45E3" w:rsidP="00FF45E3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Garamond" w:eastAsia="Times New Roman" w:hAnsi="Garamond"/>
        <w:color w:val="002060"/>
        <w:sz w:val="14"/>
        <w:szCs w:val="14"/>
        <w:lang w:val="it-IT" w:eastAsia="ar-SA"/>
      </w:rPr>
    </w:pPr>
    <w:r w:rsidRPr="00ED726B">
      <w:rPr>
        <w:rFonts w:ascii="Garamond" w:eastAsia="Times New Roman" w:hAnsi="Garamond"/>
        <w:color w:val="002060"/>
        <w:sz w:val="14"/>
        <w:szCs w:val="14"/>
        <w:lang w:val="it-IT" w:eastAsia="ar-SA"/>
      </w:rPr>
      <w:t>DIREZIONE GENERALE ARCHIVI</w:t>
    </w:r>
    <w:r w:rsidRPr="00ED726B">
      <w:rPr>
        <w:rFonts w:ascii="Garamond" w:eastAsia="Times New Roman" w:hAnsi="Garamond"/>
        <w:color w:val="002060"/>
        <w:sz w:val="14"/>
        <w:szCs w:val="14"/>
        <w:lang w:val="it-IT" w:eastAsia="ar-SA"/>
      </w:rPr>
      <w:br/>
      <w:t>SOPRINTENDENZA ARCHIVISTICA E BIBLIOGRAFICA DELLA LOMBARDIA</w:t>
    </w:r>
  </w:p>
  <w:p w14:paraId="6478453D" w14:textId="77777777" w:rsidR="00FF45E3" w:rsidRPr="00ED726B" w:rsidRDefault="00FF45E3" w:rsidP="00FF45E3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Garamond" w:eastAsia="Times New Roman" w:hAnsi="Garamond"/>
        <w:color w:val="002060"/>
        <w:sz w:val="14"/>
        <w:szCs w:val="14"/>
        <w:lang w:val="it-IT" w:eastAsia="ar-SA"/>
      </w:rPr>
    </w:pPr>
    <w:r w:rsidRPr="00ED726B">
      <w:rPr>
        <w:rFonts w:ascii="Garamond" w:eastAsia="Times New Roman" w:hAnsi="Garamond"/>
        <w:color w:val="002060"/>
        <w:sz w:val="14"/>
        <w:szCs w:val="14"/>
        <w:lang w:val="it-IT" w:eastAsia="ar-SA"/>
      </w:rPr>
      <w:t xml:space="preserve">ARCHIVIO DI STATO DI BERGAMO  </w:t>
    </w:r>
  </w:p>
  <w:p w14:paraId="750526AC" w14:textId="77777777" w:rsidR="00FF45E3" w:rsidRPr="00ED726B" w:rsidRDefault="00FF45E3" w:rsidP="00FF45E3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Garamond" w:eastAsia="Times New Roman" w:hAnsi="Garamond"/>
        <w:color w:val="002060"/>
        <w:sz w:val="12"/>
        <w:szCs w:val="12"/>
        <w:lang w:val="it-IT" w:eastAsia="ar-SA"/>
      </w:rPr>
    </w:pPr>
    <w:proofErr w:type="gramStart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>Via  F.</w:t>
    </w:r>
    <w:proofErr w:type="gramEnd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 xml:space="preserve"> </w:t>
    </w:r>
    <w:proofErr w:type="spellStart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>lli</w:t>
    </w:r>
    <w:proofErr w:type="spellEnd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 xml:space="preserve"> Bronzetti, 26 - CAP  </w:t>
    </w:r>
    <w:proofErr w:type="gramStart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>24124  -</w:t>
    </w:r>
    <w:proofErr w:type="gramEnd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 xml:space="preserve"> Città: </w:t>
    </w:r>
    <w:proofErr w:type="gramStart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>Bergamo  -</w:t>
    </w:r>
    <w:proofErr w:type="gramEnd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 xml:space="preserve"> </w:t>
    </w:r>
    <w:proofErr w:type="gramStart"/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>Tel:  035233131</w:t>
    </w:r>
    <w:proofErr w:type="gramEnd"/>
  </w:p>
  <w:p w14:paraId="317E3D37" w14:textId="1D00306B" w:rsidR="00FF45E3" w:rsidRPr="00ED726B" w:rsidRDefault="00FF45E3" w:rsidP="00FF45E3">
    <w:pPr>
      <w:tabs>
        <w:tab w:val="left" w:pos="6720"/>
      </w:tabs>
      <w:spacing w:after="0" w:line="240" w:lineRule="auto"/>
      <w:ind w:right="-1"/>
      <w:jc w:val="center"/>
      <w:rPr>
        <w:rFonts w:ascii="Garamond" w:eastAsia="Times New Roman" w:hAnsi="Garamond"/>
        <w:color w:val="002060"/>
        <w:sz w:val="16"/>
        <w:szCs w:val="16"/>
        <w:u w:val="single"/>
        <w:lang w:val="it-IT" w:eastAsia="ar-SA"/>
      </w:rPr>
    </w:pPr>
    <w:r w:rsidRPr="00ED726B">
      <w:rPr>
        <w:rFonts w:ascii="Garamond" w:eastAsia="Times New Roman" w:hAnsi="Garamond"/>
        <w:color w:val="002060"/>
        <w:sz w:val="12"/>
        <w:szCs w:val="12"/>
        <w:lang w:val="it-IT" w:eastAsia="ar-SA"/>
      </w:rPr>
      <w:t>P.E.C.:  as-bg@pec.cultura.gov.it – P.E.O.:  as-bg@cultura.gov.it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F6114" w14:textId="77777777" w:rsidR="008649E8" w:rsidRDefault="008649E8" w:rsidP="00FF45E3">
      <w:pPr>
        <w:spacing w:after="0" w:line="240" w:lineRule="auto"/>
      </w:pPr>
      <w:r>
        <w:separator/>
      </w:r>
    </w:p>
  </w:footnote>
  <w:footnote w:type="continuationSeparator" w:id="0">
    <w:p w14:paraId="5AF9E91E" w14:textId="77777777" w:rsidR="008649E8" w:rsidRDefault="008649E8" w:rsidP="00FF4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5457F66"/>
    <w:multiLevelType w:val="hybridMultilevel"/>
    <w:tmpl w:val="516CF970"/>
    <w:lvl w:ilvl="0" w:tplc="189C97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267"/>
    <w:multiLevelType w:val="hybridMultilevel"/>
    <w:tmpl w:val="0C5ED0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04100">
    <w:abstractNumId w:val="8"/>
  </w:num>
  <w:num w:numId="2" w16cid:durableId="1737514678">
    <w:abstractNumId w:val="6"/>
  </w:num>
  <w:num w:numId="3" w16cid:durableId="637075972">
    <w:abstractNumId w:val="5"/>
  </w:num>
  <w:num w:numId="4" w16cid:durableId="1345858045">
    <w:abstractNumId w:val="4"/>
  </w:num>
  <w:num w:numId="5" w16cid:durableId="31854505">
    <w:abstractNumId w:val="7"/>
  </w:num>
  <w:num w:numId="6" w16cid:durableId="1642615250">
    <w:abstractNumId w:val="3"/>
  </w:num>
  <w:num w:numId="7" w16cid:durableId="470026673">
    <w:abstractNumId w:val="2"/>
  </w:num>
  <w:num w:numId="8" w16cid:durableId="808860424">
    <w:abstractNumId w:val="1"/>
  </w:num>
  <w:num w:numId="9" w16cid:durableId="142701093">
    <w:abstractNumId w:val="0"/>
  </w:num>
  <w:num w:numId="10" w16cid:durableId="1092777508">
    <w:abstractNumId w:val="9"/>
  </w:num>
  <w:num w:numId="11" w16cid:durableId="11019918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4A7D"/>
    <w:rsid w:val="0015074B"/>
    <w:rsid w:val="001D2906"/>
    <w:rsid w:val="00265760"/>
    <w:rsid w:val="0029639D"/>
    <w:rsid w:val="002C501B"/>
    <w:rsid w:val="002F1404"/>
    <w:rsid w:val="00326F90"/>
    <w:rsid w:val="003F6889"/>
    <w:rsid w:val="00461529"/>
    <w:rsid w:val="00465B43"/>
    <w:rsid w:val="004934DB"/>
    <w:rsid w:val="0050404E"/>
    <w:rsid w:val="005064FD"/>
    <w:rsid w:val="0051245D"/>
    <w:rsid w:val="00615738"/>
    <w:rsid w:val="006230DF"/>
    <w:rsid w:val="00784443"/>
    <w:rsid w:val="00811E10"/>
    <w:rsid w:val="008201D7"/>
    <w:rsid w:val="008649E8"/>
    <w:rsid w:val="008F1D71"/>
    <w:rsid w:val="00A94CF1"/>
    <w:rsid w:val="00AA1D8D"/>
    <w:rsid w:val="00AB2A5D"/>
    <w:rsid w:val="00AB6736"/>
    <w:rsid w:val="00AF23D2"/>
    <w:rsid w:val="00B47730"/>
    <w:rsid w:val="00C14E7F"/>
    <w:rsid w:val="00CB0664"/>
    <w:rsid w:val="00CF20F2"/>
    <w:rsid w:val="00CF2D61"/>
    <w:rsid w:val="00D33B8A"/>
    <w:rsid w:val="00DB121A"/>
    <w:rsid w:val="00DE4B76"/>
    <w:rsid w:val="00E83395"/>
    <w:rsid w:val="00ED726B"/>
    <w:rsid w:val="00EF0908"/>
    <w:rsid w:val="00FC693F"/>
    <w:rsid w:val="00FF45E3"/>
    <w:rsid w:val="02C13157"/>
    <w:rsid w:val="05300511"/>
    <w:rsid w:val="05AF9489"/>
    <w:rsid w:val="0A33CF05"/>
    <w:rsid w:val="0AB60CB9"/>
    <w:rsid w:val="0B74F77C"/>
    <w:rsid w:val="0CF18235"/>
    <w:rsid w:val="0D61B9E4"/>
    <w:rsid w:val="0F9594DE"/>
    <w:rsid w:val="113B8BB3"/>
    <w:rsid w:val="138C4AAF"/>
    <w:rsid w:val="14FD990C"/>
    <w:rsid w:val="15134DB6"/>
    <w:rsid w:val="1666A331"/>
    <w:rsid w:val="17DC025E"/>
    <w:rsid w:val="18F31383"/>
    <w:rsid w:val="22E7EFB1"/>
    <w:rsid w:val="245AD9D4"/>
    <w:rsid w:val="24CB951B"/>
    <w:rsid w:val="2696CC98"/>
    <w:rsid w:val="29029A76"/>
    <w:rsid w:val="2AE0E224"/>
    <w:rsid w:val="3645FAF6"/>
    <w:rsid w:val="372A5CBE"/>
    <w:rsid w:val="3811BBB4"/>
    <w:rsid w:val="39EC200A"/>
    <w:rsid w:val="4321EE73"/>
    <w:rsid w:val="44C2126B"/>
    <w:rsid w:val="47BE77EA"/>
    <w:rsid w:val="4A580EE5"/>
    <w:rsid w:val="50E00B86"/>
    <w:rsid w:val="531B49A1"/>
    <w:rsid w:val="597E4DBF"/>
    <w:rsid w:val="5CC2ACC2"/>
    <w:rsid w:val="6CC38883"/>
    <w:rsid w:val="6D79A383"/>
    <w:rsid w:val="6E02456F"/>
    <w:rsid w:val="6E51FE39"/>
    <w:rsid w:val="6FEE2537"/>
    <w:rsid w:val="724DD0D8"/>
    <w:rsid w:val="74AB4E01"/>
    <w:rsid w:val="77E5D981"/>
    <w:rsid w:val="7CDB7B1C"/>
    <w:rsid w:val="7FA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CC4B28D-6240-4B67-ACF4-DE82D27D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3">
    <w:name w:val="A3"/>
    <w:basedOn w:val="Normale"/>
    <w:link w:val="A3Carattere"/>
    <w:qFormat/>
    <w:rsid w:val="00CF20F2"/>
    <w:pPr>
      <w:tabs>
        <w:tab w:val="center" w:pos="2268"/>
      </w:tabs>
      <w:spacing w:after="0" w:line="240" w:lineRule="auto"/>
      <w:ind w:left="284" w:right="4393"/>
      <w:jc w:val="center"/>
    </w:pPr>
    <w:rPr>
      <w:rFonts w:ascii="Times New Roman" w:eastAsia="Times New Roman" w:hAnsi="Times New Roman" w:cs="Times New Roman"/>
      <w:color w:val="002060"/>
      <w:lang w:val="it-IT" w:eastAsia="ar-SA"/>
    </w:rPr>
  </w:style>
  <w:style w:type="character" w:customStyle="1" w:styleId="A3Carattere">
    <w:name w:val="A3 Carattere"/>
    <w:link w:val="A3"/>
    <w:rsid w:val="00CF20F2"/>
    <w:rPr>
      <w:rFonts w:ascii="Times New Roman" w:eastAsia="Times New Roman" w:hAnsi="Times New Roman" w:cs="Times New Roman"/>
      <w:color w:val="002060"/>
      <w:lang w:val="it-IT" w:eastAsia="ar-SA"/>
    </w:rPr>
  </w:style>
  <w:style w:type="paragraph" w:customStyle="1" w:styleId="A4">
    <w:name w:val="A4"/>
    <w:basedOn w:val="Normale"/>
    <w:link w:val="A4Carattere"/>
    <w:qFormat/>
    <w:rsid w:val="00CF20F2"/>
    <w:pPr>
      <w:tabs>
        <w:tab w:val="center" w:pos="1985"/>
      </w:tabs>
      <w:spacing w:after="0" w:line="240" w:lineRule="auto"/>
      <w:ind w:left="284" w:right="4393"/>
      <w:jc w:val="center"/>
    </w:pPr>
    <w:rPr>
      <w:rFonts w:ascii="Palace Script" w:eastAsia="Times New Roman" w:hAnsi="Palace Script" w:cs="Lucida Sans Unicode"/>
      <w:color w:val="002060"/>
      <w:sz w:val="56"/>
      <w:szCs w:val="44"/>
      <w:lang w:val="it-IT" w:eastAsia="ar-SA"/>
    </w:rPr>
  </w:style>
  <w:style w:type="character" w:customStyle="1" w:styleId="A4Carattere">
    <w:name w:val="A4 Carattere"/>
    <w:link w:val="A4"/>
    <w:rsid w:val="00CF20F2"/>
    <w:rPr>
      <w:rFonts w:ascii="Palace Script" w:eastAsia="Times New Roman" w:hAnsi="Palace Script" w:cs="Lucida Sans Unicode"/>
      <w:color w:val="002060"/>
      <w:sz w:val="56"/>
      <w:szCs w:val="44"/>
      <w:lang w:val="it-IT" w:eastAsia="ar-SA"/>
    </w:rPr>
  </w:style>
  <w:style w:type="character" w:styleId="Collegamentoipertestuale">
    <w:name w:val="Hyperlink"/>
    <w:basedOn w:val="Carpredefinitoparagrafo"/>
    <w:uiPriority w:val="99"/>
    <w:unhideWhenUsed/>
    <w:rsid w:val="00C14E7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4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sbergamo.cultura.gov.it/fileadmin/risorse/Consultazione_e_privacy/Regole_deontologiche_archiviazione_ricerca_storic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bergamo.cultura.gov.it/fileadmin/risorse/Carta_dei_servizi_e_regolamenti/89717990Regolamento_2026_servizio_fotoriproduzione-signed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sbergamo.cultura.gov.it/fileadmin/risorse/Carta_dei_servizi_e_regolamenti/89717297ASBG_-_Regolamento_ricerche_corrispondenza-signed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-bg@cultura.gov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CITERIO LUCIA</dc:creator>
  <cp:keywords/>
  <dc:description>generated by python-docx</dc:description>
  <cp:lastModifiedBy>Domenico Giampa</cp:lastModifiedBy>
  <cp:revision>10</cp:revision>
  <dcterms:created xsi:type="dcterms:W3CDTF">2026-08-27T13:35:00Z</dcterms:created>
  <dcterms:modified xsi:type="dcterms:W3CDTF">2026-08-31T09:50:00Z</dcterms:modified>
  <cp:category/>
</cp:coreProperties>
</file>